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TERMINATION OF EMPLOYMENT LETTER</w:t>
      </w:r>
    </w:p>
    <w:p/>
    <w:p>
      <w:r>
        <w:rPr>
          <w:b/>
          <w:sz w:val="20"/>
        </w:rPr>
        <w:t>To:</w:t>
      </w:r>
    </w:p>
    <w:p>
      <w:r>
        <w:rPr>
          <w:b w:val="0"/>
          <w:sz w:val="20"/>
        </w:rPr>
        <w:t>Employee Name: _______________________________________________</w:t>
      </w:r>
    </w:p>
    <w:p>
      <w:r>
        <w:rPr>
          <w:b w:val="0"/>
          <w:sz w:val="20"/>
        </w:rPr>
        <w:t>Position: _________________________________________________</w:t>
      </w:r>
    </w:p>
    <w:p>
      <w:r>
        <w:rPr>
          <w:b w:val="0"/>
          <w:sz w:val="20"/>
        </w:rPr>
        <w:t>Department: ________________________________________________</w:t>
      </w:r>
    </w:p>
    <w:p>
      <w:r>
        <w:rPr>
          <w:b w:val="0"/>
          <w:sz w:val="20"/>
        </w:rPr>
        <w:t>Address: _________________________________________________</w:t>
      </w:r>
    </w:p>
    <w:p/>
    <w:p/>
    <w:p>
      <w:r>
        <w:rPr>
          <w:b/>
          <w:sz w:val="20"/>
        </w:rPr>
        <w:t>From:</w:t>
      </w:r>
    </w:p>
    <w:p>
      <w:r>
        <w:rPr>
          <w:b w:val="0"/>
          <w:sz w:val="20"/>
        </w:rPr>
        <w:t>Employer Name: ______________________________________________</w:t>
      </w:r>
    </w:p>
    <w:p>
      <w:r>
        <w:rPr>
          <w:b w:val="0"/>
          <w:sz w:val="20"/>
        </w:rPr>
        <w:t>Position: _________________________________________________</w:t>
      </w:r>
    </w:p>
    <w:p>
      <w:r>
        <w:rPr>
          <w:b w:val="0"/>
          <w:sz w:val="20"/>
        </w:rPr>
        <w:t>Company: _________________________________________________</w:t>
      </w:r>
    </w:p>
    <w:p>
      <w:r>
        <w:rPr>
          <w:b w:val="0"/>
          <w:sz w:val="20"/>
        </w:rPr>
        <w:t>Address: _________________________________________________</w:t>
      </w:r>
    </w:p>
    <w:p/>
    <w:p/>
    <w:p>
      <w:r>
        <w:rPr>
          <w:b w:val="0"/>
          <w:sz w:val="20"/>
        </w:rPr>
        <w:t>Dear Employee,</w:t>
      </w:r>
    </w:p>
    <w:p/>
    <w:p>
      <w:r>
        <w:rPr>
          <w:b/>
          <w:sz w:val="20"/>
        </w:rPr>
        <w:t>RE: TERMINATION OF EMPLOYMENT</w:t>
      </w:r>
    </w:p>
    <w:p/>
    <w:p>
      <w:r>
        <w:rPr>
          <w:b w:val="0"/>
          <w:sz w:val="20"/>
        </w:rPr>
        <w:t>This letter serves as formal notice of termination of your employment with the Company. The termination of your employment will take effect as per the notice period set out in your employment contract and in accordance with the Fair Work Act 2009 (Cth) and applicable Australian employment laws.</w:t>
      </w:r>
    </w:p>
    <w:p/>
    <w:p>
      <w:r>
        <w:rPr>
          <w:b/>
          <w:sz w:val="22"/>
        </w:rPr>
        <w:t>1. Reason for Termination</w:t>
      </w:r>
    </w:p>
    <w:p>
      <w:r>
        <w:rPr>
          <w:b w:val="0"/>
          <w:sz w:val="20"/>
        </w:rPr>
        <w:t>Your employment is being terminated for the following reason(s):</w:t>
      </w:r>
    </w:p>
    <w:p>
      <w:r>
        <w:rPr>
          <w:b w:val="0"/>
          <w:sz w:val="20"/>
        </w:rPr>
        <w:t>- ________________________________________________________________</w:t>
      </w:r>
    </w:p>
    <w:p>
      <w:r>
        <w:rPr>
          <w:b w:val="0"/>
          <w:sz w:val="20"/>
        </w:rPr>
        <w:t>- ________________________________________________________________</w:t>
      </w:r>
    </w:p>
    <w:p>
      <w:r>
        <w:rPr>
          <w:b w:val="0"/>
          <w:sz w:val="20"/>
        </w:rPr>
        <w:t>- ________________________________________________________________</w:t>
      </w:r>
    </w:p>
    <w:p/>
    <w:p>
      <w:r>
        <w:rPr>
          <w:b/>
          <w:sz w:val="22"/>
        </w:rPr>
        <w:t>2. Notice Period</w:t>
      </w:r>
    </w:p>
    <w:p>
      <w:r>
        <w:rPr>
          <w:b w:val="0"/>
          <w:sz w:val="20"/>
        </w:rPr>
        <w:t>You are entitled to a notice period of ____________________ weeks as stipulated in your employment contract and the National Employment Standards (NES). Your last working day will be ____________________. This period may be served as a combination of working notice and payment in lieu of notice, subject to the Company's discretion.</w:t>
      </w:r>
    </w:p>
    <w:p/>
    <w:p>
      <w:r>
        <w:rPr>
          <w:b/>
          <w:sz w:val="22"/>
        </w:rPr>
        <w:t>3. Final Payments and Entitlements</w:t>
      </w:r>
    </w:p>
    <w:p>
      <w:r>
        <w:rPr>
          <w:b w:val="0"/>
          <w:sz w:val="20"/>
        </w:rPr>
        <w:t>Upon termination, you will receive your final pay which includes:</w:t>
      </w:r>
    </w:p>
    <w:p>
      <w:r>
        <w:rPr>
          <w:b w:val="0"/>
          <w:sz w:val="20"/>
        </w:rPr>
        <w:t>- Payment for all hours worked up to and including your final day of employment.</w:t>
      </w:r>
    </w:p>
    <w:p>
      <w:r>
        <w:rPr>
          <w:b w:val="0"/>
          <w:sz w:val="20"/>
        </w:rPr>
        <w:t>- Payment for any accrued but untaken annual leave.</w:t>
      </w:r>
    </w:p>
    <w:p>
      <w:r>
        <w:rPr>
          <w:b w:val="0"/>
          <w:sz w:val="20"/>
        </w:rPr>
        <w:t>- Any applicable redundancy payments as per the applicable industrial instrument or legislation.</w:t>
      </w:r>
    </w:p>
    <w:p>
      <w:r>
        <w:rPr>
          <w:b w:val="0"/>
          <w:sz w:val="20"/>
        </w:rPr>
        <w:t>- Any other entitlements owing as per your employment agreement and Australian employment law.</w:t>
      </w:r>
    </w:p>
    <w:p/>
    <w:p>
      <w:r>
        <w:rPr>
          <w:b/>
          <w:sz w:val="22"/>
        </w:rPr>
        <w:t>4. Return of Company Property</w:t>
      </w:r>
    </w:p>
    <w:p>
      <w:r>
        <w:rPr>
          <w:b w:val="0"/>
          <w:sz w:val="20"/>
        </w:rPr>
        <w:t>You are required to return all Company property, including but not limited to keys, identification cards, electronic devices, documents, and any other materials belonging to the Company by your last working day.</w:t>
      </w:r>
    </w:p>
    <w:p/>
    <w:p>
      <w:r>
        <w:rPr>
          <w:b/>
          <w:sz w:val="22"/>
        </w:rPr>
        <w:t>5. Confidentiality and Post-Employment Obligations</w:t>
      </w:r>
    </w:p>
    <w:p>
      <w:r>
        <w:rPr>
          <w:b w:val="0"/>
          <w:sz w:val="20"/>
        </w:rPr>
        <w:t>You are reminded of your ongoing obligations under any confidentiality, non-disclosure, and restraint of trade clauses contained in your employment contract, which continue to apply after the termination of your employment.</w:t>
      </w:r>
    </w:p>
    <w:p/>
    <w:p>
      <w:r>
        <w:rPr>
          <w:b/>
          <w:sz w:val="22"/>
        </w:rPr>
        <w:t>6. Access to Records and References</w:t>
      </w:r>
    </w:p>
    <w:p>
      <w:r>
        <w:rPr>
          <w:b w:val="0"/>
          <w:sz w:val="20"/>
        </w:rPr>
        <w:t>Should you require access to your employment records or a reference, please contact the Human Resources Department.</w:t>
      </w:r>
    </w:p>
    <w:p/>
    <w:p>
      <w:r>
        <w:rPr>
          <w:b/>
          <w:sz w:val="22"/>
        </w:rPr>
        <w:t>7. Support and Assistance</w:t>
      </w:r>
    </w:p>
    <w:p>
      <w:r>
        <w:rPr>
          <w:b w:val="0"/>
          <w:sz w:val="20"/>
        </w:rPr>
        <w:t>The Company is committed to supporting you through this transition period. Please reach out to the Human Resources Department if you require assistance or have any questions regarding your termination.</w:t>
      </w:r>
    </w:p>
    <w:p/>
    <w:p>
      <w:r>
        <w:rPr>
          <w:b/>
          <w:sz w:val="22"/>
        </w:rPr>
        <w:t>8. Acknowledgement</w:t>
      </w:r>
    </w:p>
    <w:p>
      <w:r>
        <w:rPr>
          <w:b w:val="0"/>
          <w:sz w:val="20"/>
        </w:rPr>
        <w:t>Please sign below to acknowledge receipt and understanding of this termination letter.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_____________________________________</w:t>
            </w:r>
          </w:p>
        </w:tc>
      </w:tr>
      <w:tr>
        <w:tc>
          <w:tcPr>
            <w:tcW w:type="dxa" w:w="4986"/>
            <w:tcBorders>
              <w:top w:val="nil"/>
              <w:left w:val="nil"/>
              <w:bottom w:val="nil"/>
              <w:right w:val="nil"/>
              <w:insideH w:val="nil"/>
              <w:insideV w:val="nil"/>
            </w:tcBorders>
          </w:tcPr>
          <w:p>
            <w:pPr>
              <w:jc w:val="center"/>
            </w:pPr>
            <w:r>
              <w:t>Name: ________________________________________</w:t>
              <w:br/>
              <w:t>Position: _____________________________________</w:t>
              <w:br/>
              <w:t>Date: _______________________________________</w:t>
            </w:r>
          </w:p>
        </w:tc>
        <w:tc>
          <w:tcPr>
            <w:tcW w:type="dxa" w:w="4986"/>
            <w:tcBorders>
              <w:top w:val="nil"/>
              <w:left w:val="nil"/>
              <w:bottom w:val="nil"/>
              <w:right w:val="nil"/>
              <w:insideH w:val="nil"/>
              <w:insideV w:val="nil"/>
            </w:tcBorders>
          </w:tcPr>
          <w:p>
            <w:pPr>
              <w:jc w:val="center"/>
            </w:pPr>
            <w:r>
              <w:t>Name: ________________________________________</w:t>
              <w:br/>
              <w:t>Date: _______________________________________</w:t>
            </w:r>
          </w:p>
        </w:tc>
      </w:tr>
    </w:tbl>
    <w:p/>
    <w:p/>
    <w:p>
      <w:pPr>
        <w:jc w:val="center"/>
      </w:pPr>
      <w:r>
        <w:rPr>
          <w:b w:val="0"/>
          <w:sz w:val="20"/>
        </w:rPr>
        <w:t>This letter is issued in accordance with all relevant Australian employment laws, including the Fair Work Act 2009 (Cth) and National Employment Standards. It does not affect any rights or entitlements under applicable industrial instruments or contracts.</w:t>
      </w:r>
    </w:p>
    <w:p>
      <w:r>
        <w:br w:type="page"/>
      </w:r>
    </w:p>
    <w:p>
      <w:pPr>
        <w:jc w:val="center"/>
      </w:pPr>
      <w:r>
        <w:rPr>
          <w:color w:val="555555"/>
          <w:sz w:val="24"/>
        </w:rPr>
        <w:t>Original source of this document:</w:t>
      </w:r>
    </w:p>
    <w:p>
      <w:pPr>
        <w:jc w:val="center"/>
      </w:pPr>
      <w:hyperlink r:id="rId9">
        <w:r>
          <w:rPr>
            <w:color w:val="0000FF"/>
            <w:u w:val="single"/>
          </w:rPr>
          <w:t>https://legaltemplates-au.com/termination-of-employment-letter/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termination-of-employment-letter/"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