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Sender's Name</w:t>
      </w:r>
    </w:p>
    <w:p>
      <w:r>
        <w:rPr>
          <w:b w:val="0"/>
          <w:sz w:val="20"/>
        </w:rPr>
        <w:t>Sender's Address Line 1</w:t>
      </w:r>
    </w:p>
    <w:p>
      <w:r>
        <w:rPr>
          <w:b w:val="0"/>
          <w:sz w:val="20"/>
        </w:rPr>
        <w:t>Sender's Address Line 2</w:t>
      </w:r>
    </w:p>
    <w:p>
      <w:r>
        <w:rPr>
          <w:b w:val="0"/>
          <w:sz w:val="20"/>
        </w:rPr>
        <w:t>City, State, Postcode</w:t>
      </w:r>
    </w:p>
    <w:p>
      <w:r>
        <w:rPr>
          <w:b w:val="0"/>
          <w:sz w:val="20"/>
        </w:rPr>
        <w:t>Phone: _______________________</w:t>
      </w:r>
    </w:p>
    <w:p>
      <w:r>
        <w:rPr>
          <w:b w:val="0"/>
          <w:sz w:val="20"/>
        </w:rPr>
        <w:t>Email: _______________________</w:t>
      </w:r>
    </w:p>
    <w:p/>
    <w:p/>
    <w:p>
      <w:r>
        <w:rPr>
          <w:b w:val="0"/>
          <w:sz w:val="20"/>
        </w:rPr>
        <w:t>Recipient's Name</w:t>
      </w:r>
    </w:p>
    <w:p>
      <w:r>
        <w:rPr>
          <w:b w:val="0"/>
          <w:sz w:val="20"/>
        </w:rPr>
        <w:t>Recipient's Address Line 1</w:t>
      </w:r>
    </w:p>
    <w:p>
      <w:r>
        <w:rPr>
          <w:b w:val="0"/>
          <w:sz w:val="20"/>
        </w:rPr>
        <w:t>Recipient's Address Line 2</w:t>
      </w:r>
    </w:p>
    <w:p>
      <w:r>
        <w:rPr>
          <w:b w:val="0"/>
          <w:sz w:val="20"/>
        </w:rPr>
        <w:t>City, State, Postcode</w:t>
      </w:r>
    </w:p>
    <w:p/>
    <w:p/>
    <w:p>
      <w:r>
        <w:rPr>
          <w:b/>
          <w:sz w:val="20"/>
        </w:rPr>
        <w:t>Subject:</w:t>
      </w:r>
    </w:p>
    <w:p>
      <w:r>
        <w:rPr>
          <w:b w:val="0"/>
          <w:sz w:val="20"/>
        </w:rPr>
        <w:t>______________________________________________________________</w:t>
      </w:r>
    </w:p>
    <w:p/>
    <w:p/>
    <w:p>
      <w:r>
        <w:rPr>
          <w:b w:val="0"/>
          <w:sz w:val="20"/>
        </w:rPr>
        <w:t>Dear Sir or Madam,</w:t>
      </w:r>
    </w:p>
    <w:p/>
    <w:p>
      <w:r>
        <w:rPr>
          <w:b w:val="0"/>
          <w:sz w:val="20"/>
        </w:rPr>
        <w:t>I am writing to you regarding the matter outlined below. Please consider this letter as a formal communication pursuant to the applicable Australian laws and regulations.</w:t>
      </w:r>
    </w:p>
    <w:p/>
    <w:p>
      <w:r>
        <w:rPr>
          <w:b/>
          <w:sz w:val="22"/>
        </w:rPr>
        <w:t>1. Purpose of Letter</w:t>
      </w:r>
    </w:p>
    <w:p>
      <w:r>
        <w:rPr>
          <w:b w:val="0"/>
          <w:sz w:val="20"/>
        </w:rPr>
        <w:t>The purpose of this letter is to formally address the issues and requests described herein, ensuring clarity and mutual understanding between the parties involved.</w:t>
      </w:r>
    </w:p>
    <w:p/>
    <w:p>
      <w:r>
        <w:rPr>
          <w:b/>
          <w:sz w:val="22"/>
        </w:rPr>
        <w:t>2. Details</w:t>
      </w:r>
    </w:p>
    <w:p>
      <w:r>
        <w:rPr>
          <w:b w:val="0"/>
          <w:sz w:val="20"/>
        </w:rPr>
        <w:t>Please find below the detailed information relating to the matter:</w:t>
      </w:r>
    </w:p>
    <w:p>
      <w:r>
        <w:rPr>
          <w:b w:val="0"/>
          <w:sz w:val="20"/>
        </w:rPr>
        <w:t>- ____________________________________________________________</w:t>
      </w:r>
    </w:p>
    <w:p>
      <w:r>
        <w:rPr>
          <w:b w:val="0"/>
          <w:sz w:val="20"/>
        </w:rPr>
        <w:t>- ____________________________________________________________</w:t>
      </w:r>
    </w:p>
    <w:p>
      <w:r>
        <w:rPr>
          <w:b w:val="0"/>
          <w:sz w:val="20"/>
        </w:rPr>
        <w:t>- ____________________________________________________________</w:t>
      </w:r>
    </w:p>
    <w:p>
      <w:r>
        <w:rPr>
          <w:b w:val="0"/>
          <w:sz w:val="20"/>
        </w:rPr>
        <w:t>You are requested to provide a response and any relevant documentation or explanation pertaining to these points within the timeframe specified below.</w:t>
      </w:r>
    </w:p>
    <w:p/>
    <w:p>
      <w:r>
        <w:rPr>
          <w:b/>
          <w:sz w:val="22"/>
        </w:rPr>
        <w:t>3. Legal Basis and Compliance</w:t>
      </w:r>
    </w:p>
    <w:p>
      <w:r>
        <w:rPr>
          <w:b w:val="0"/>
          <w:sz w:val="20"/>
        </w:rPr>
        <w:t>This letter is issued in accordance with relevant provisions of the Australian Consumer Law, the Competition and Consumer Act 2010 (Cth), and any other applicable statutory frameworks. It is intended to preserve all legal rights and remedies available to the sender under Australian law.</w:t>
      </w:r>
    </w:p>
    <w:p/>
    <w:p>
      <w:r>
        <w:rPr>
          <w:b/>
          <w:sz w:val="22"/>
        </w:rPr>
        <w:t>4. Requested Actions</w:t>
      </w:r>
    </w:p>
    <w:p>
      <w:r>
        <w:rPr>
          <w:b w:val="0"/>
          <w:sz w:val="20"/>
        </w:rPr>
        <w:t>You are hereby requested to:</w:t>
      </w:r>
    </w:p>
    <w:p>
      <w:r>
        <w:rPr>
          <w:b w:val="0"/>
          <w:sz w:val="20"/>
        </w:rPr>
        <w:t>- Provide a detailed written response addressing the matters raised above.</w:t>
      </w:r>
    </w:p>
    <w:p>
      <w:r>
        <w:rPr>
          <w:b w:val="0"/>
          <w:sz w:val="20"/>
        </w:rPr>
        <w:t>- Supply any supporting documentation or evidence relevant to the issues discussed.</w:t>
      </w:r>
    </w:p>
    <w:p>
      <w:r>
        <w:rPr>
          <w:b w:val="0"/>
          <w:sz w:val="20"/>
        </w:rPr>
        <w:t>- Take remedial or corrective measures as may be necessary to resolve the matter amicably.</w:t>
      </w:r>
    </w:p>
    <w:p/>
    <w:p>
      <w:r>
        <w:rPr>
          <w:b/>
          <w:sz w:val="22"/>
        </w:rPr>
        <w:t>5. Timeframe and Consequences</w:t>
      </w:r>
    </w:p>
    <w:p>
      <w:r>
        <w:rPr>
          <w:b w:val="0"/>
          <w:sz w:val="20"/>
        </w:rPr>
        <w:t>Please respond within 14 days from receipt of this letter. Failure to respond or to address the issues satisfactorily may result in further legal action being taken, including but not limited to lodging complaints with regulatory bodies or commencing court proceedings.</w:t>
      </w:r>
    </w:p>
    <w:p/>
    <w:p>
      <w:r>
        <w:rPr>
          <w:b w:val="0"/>
          <w:sz w:val="20"/>
        </w:rPr>
        <w:t>Thank you for your attention to this matter. I trust that we can resolve this issue promptly and without the need for escalation.</w:t>
      </w:r>
    </w:p>
    <w:p/>
    <w:p/>
    <w:p>
      <w:r>
        <w:rPr>
          <w:b w:val="0"/>
          <w:sz w:val="20"/>
        </w:rPr>
        <w:t>Yours faithfully,</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________________________________</w:t>
            </w:r>
          </w:p>
        </w:tc>
      </w:tr>
      <w:tr>
        <w:tc>
          <w:tcPr>
            <w:tcW w:type="dxa" w:w="9972"/>
            <w:tcBorders>
              <w:top w:val="nil"/>
              <w:left w:val="nil"/>
              <w:bottom w:val="nil"/>
              <w:right w:val="nil"/>
              <w:insideH w:val="nil"/>
              <w:insideV w:val="nil"/>
            </w:tcBorders>
          </w:tcPr>
          <w:p>
            <w:pPr>
              <w:jc w:val="left"/>
            </w:pPr>
            <w:r>
              <w:t>Name: ____________________________________</w:t>
            </w:r>
          </w:p>
        </w:tc>
      </w:tr>
      <w:tr>
        <w:tc>
          <w:tcPr>
            <w:tcW w:type="dxa" w:w="9972"/>
            <w:tcBorders>
              <w:top w:val="nil"/>
              <w:left w:val="nil"/>
              <w:bottom w:val="nil"/>
              <w:right w:val="nil"/>
              <w:insideH w:val="nil"/>
              <w:insideV w:val="nil"/>
            </w:tcBorders>
          </w:tcPr>
          <w:p>
            <w:pPr>
              <w:jc w:val="left"/>
            </w:pPr>
            <w:r>
              <w:t>Position/Title: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https://legaltemplates-au.com/standard-letter/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standard-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