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r>
        <w:rPr>
          <w:b/>
          <w:sz w:val="20"/>
        </w:rPr>
        <w:t>This Separation Agreement (the "Agreement") is entered into by and between the following parties:</w:t>
      </w:r>
    </w:p>
    <w:p/>
    <w:p>
      <w:r>
        <w:rPr>
          <w:b w:val="0"/>
          <w:sz w:val="20"/>
        </w:rPr>
        <w:t>Party A (hereinafter referred to as "Party A"):</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Party B (hereinafter referred to as "Party B"):</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2"/>
        </w:rPr>
        <w:t>RECITALS</w:t>
      </w:r>
    </w:p>
    <w:p>
      <w:r>
        <w:rPr>
          <w:b w:val="0"/>
          <w:sz w:val="20"/>
        </w:rPr>
        <w:t>WHEREAS the Parties were in a relationship and have decided to separate; and</w:t>
      </w:r>
    </w:p>
    <w:p>
      <w:r>
        <w:rPr>
          <w:b w:val="0"/>
          <w:sz w:val="20"/>
        </w:rPr>
        <w:t>WHEREAS the Parties desire to settle the terms and conditions of their separation amicably and definitively;</w:t>
      </w:r>
    </w:p>
    <w:p>
      <w:r>
        <w:rPr>
          <w:b w:val="0"/>
          <w:sz w:val="20"/>
        </w:rPr>
        <w:t>NOW, THEREFORE, in consideration of the mutual covenants and promises herein contained, the Parties agree as follows:</w:t>
      </w:r>
    </w:p>
    <w:p/>
    <w:p>
      <w:r>
        <w:rPr>
          <w:b/>
          <w:sz w:val="22"/>
        </w:rPr>
        <w:t>1. SEPARATION</w:t>
      </w:r>
    </w:p>
    <w:p>
      <w:r>
        <w:rPr>
          <w:b w:val="0"/>
          <w:sz w:val="20"/>
        </w:rPr>
        <w:t>The Parties agree that they are separated and will live apart from this date forward. Each Party shall be free from interference, harassment, authority, or control by the other, directly or indirectly.</w:t>
      </w:r>
    </w:p>
    <w:p/>
    <w:p>
      <w:r>
        <w:rPr>
          <w:b/>
          <w:sz w:val="22"/>
        </w:rPr>
        <w:t>2. PROPERTY DIVISION</w:t>
      </w:r>
    </w:p>
    <w:p>
      <w:r>
        <w:rPr>
          <w:b w:val="0"/>
          <w:sz w:val="20"/>
        </w:rPr>
        <w:t>2.1 Real Property:</w:t>
      </w:r>
    </w:p>
    <w:p>
      <w:r>
        <w:rPr>
          <w:b w:val="0"/>
          <w:sz w:val="20"/>
        </w:rPr>
        <w:t>The Parties agree to divide any jointly owned real property as follows:</w:t>
      </w:r>
    </w:p>
    <w:p>
      <w:r>
        <w:rPr>
          <w:b w:val="0"/>
          <w:sz w:val="20"/>
        </w:rPr>
        <w:t>______________________________________________________________________________</w:t>
      </w:r>
    </w:p>
    <w:p/>
    <w:p>
      <w:r>
        <w:rPr>
          <w:b w:val="0"/>
          <w:sz w:val="20"/>
        </w:rPr>
        <w:t>2.2 Personal Property:</w:t>
      </w:r>
    </w:p>
    <w:p>
      <w:r>
        <w:rPr>
          <w:b w:val="0"/>
          <w:sz w:val="20"/>
        </w:rPr>
        <w:t>The Parties agree to divide personal property, including vehicles, household effects, and other possessions, as follows:</w:t>
      </w:r>
    </w:p>
    <w:p>
      <w:r>
        <w:rPr>
          <w:b w:val="0"/>
          <w:sz w:val="20"/>
        </w:rPr>
        <w:t>______________________________________________________________________________</w:t>
      </w:r>
    </w:p>
    <w:p/>
    <w:p>
      <w:r>
        <w:rPr>
          <w:b w:val="0"/>
          <w:sz w:val="20"/>
        </w:rPr>
        <w:t>2.3 Financial Assets and Debts:</w:t>
      </w:r>
    </w:p>
    <w:p>
      <w:r>
        <w:rPr>
          <w:b w:val="0"/>
          <w:sz w:val="20"/>
        </w:rPr>
        <w:t>The Parties agree on the division of financial assets, bank accounts, investments, and debts as follows:</w:t>
      </w:r>
    </w:p>
    <w:p>
      <w:r>
        <w:rPr>
          <w:b w:val="0"/>
          <w:sz w:val="20"/>
        </w:rPr>
        <w:t>______________________________________________________________________________</w:t>
      </w:r>
    </w:p>
    <w:p/>
    <w:p>
      <w:r>
        <w:rPr>
          <w:b/>
          <w:sz w:val="22"/>
        </w:rPr>
        <w:t>3. SPOUSAL MAINTENANCE</w:t>
      </w:r>
    </w:p>
    <w:p>
      <w:r>
        <w:rPr>
          <w:b w:val="0"/>
          <w:sz w:val="20"/>
        </w:rPr>
        <w:t>3.1 Neither Party shall be obligated to pay spousal maintenance to the other unless otherwise agreed below.</w:t>
      </w:r>
    </w:p>
    <w:p>
      <w:r>
        <w:rPr>
          <w:b w:val="0"/>
          <w:sz w:val="20"/>
        </w:rPr>
        <w:t>3.2 Spousal maintenance payments, if any, shall be as follows:</w:t>
      </w:r>
    </w:p>
    <w:p>
      <w:r>
        <w:rPr>
          <w:b w:val="0"/>
          <w:sz w:val="20"/>
        </w:rPr>
        <w:t>______________________________________________________________________________</w:t>
      </w:r>
    </w:p>
    <w:p/>
    <w:p>
      <w:r>
        <w:rPr>
          <w:b/>
          <w:sz w:val="22"/>
        </w:rPr>
        <w:t>4. CHILDREN AND PARENTING ARRANGEMENTS</w:t>
      </w:r>
    </w:p>
    <w:p>
      <w:r>
        <w:rPr>
          <w:b w:val="0"/>
          <w:sz w:val="20"/>
        </w:rPr>
        <w:t>4.1 The Parties have the following children:</w:t>
      </w:r>
    </w:p>
    <w:p>
      <w:r>
        <w:rPr>
          <w:b w:val="0"/>
          <w:sz w:val="20"/>
        </w:rPr>
        <w:t>Name: _________________________ Date of Birth: _______________</w:t>
      </w:r>
    </w:p>
    <w:p>
      <w:r>
        <w:rPr>
          <w:b w:val="0"/>
          <w:sz w:val="20"/>
        </w:rPr>
        <w:t>Name: _________________________ Date of Birth: _______________</w:t>
      </w:r>
    </w:p>
    <w:p>
      <w:r>
        <w:rPr>
          <w:b w:val="0"/>
          <w:sz w:val="20"/>
        </w:rPr>
        <w:t>4.2 The Parties agree on the following parenting arrangements, including custody, visitation, and decision-making:</w:t>
      </w:r>
    </w:p>
    <w:p>
      <w:r>
        <w:rPr>
          <w:b w:val="0"/>
          <w:sz w:val="20"/>
        </w:rPr>
        <w:t>______________________________________________________________________________</w:t>
      </w:r>
    </w:p>
    <w:p/>
    <w:p>
      <w:r>
        <w:rPr>
          <w:b w:val="0"/>
          <w:sz w:val="20"/>
        </w:rPr>
        <w:t>4.3 Child Support:</w:t>
      </w:r>
    </w:p>
    <w:p>
      <w:r>
        <w:rPr>
          <w:b w:val="0"/>
          <w:sz w:val="20"/>
        </w:rPr>
        <w:t>The Parties acknowledge their legal obligations regarding child support under Australian law. The agreed child support arrangements are as follows:</w:t>
      </w:r>
    </w:p>
    <w:p>
      <w:r>
        <w:rPr>
          <w:b w:val="0"/>
          <w:sz w:val="20"/>
        </w:rPr>
        <w:t>______________________________________________________________________________</w:t>
      </w:r>
    </w:p>
    <w:p/>
    <w:p>
      <w:r>
        <w:rPr>
          <w:b/>
          <w:sz w:val="22"/>
        </w:rPr>
        <w:t>5. MUTUAL RELEASE AND WAIVER</w:t>
      </w:r>
    </w:p>
    <w:p>
      <w:r>
        <w:rPr>
          <w:b w:val="0"/>
          <w:sz w:val="20"/>
        </w:rPr>
        <w:t>Each Party releases and discharges the other from any claims, demands, or causes of action arising out of their relationship and separation except as expressly provided in this Agreement.</w:t>
      </w:r>
    </w:p>
    <w:p/>
    <w:p>
      <w:r>
        <w:rPr>
          <w:b/>
          <w:sz w:val="22"/>
        </w:rPr>
        <w:t>6. CONFIDENTIALITY</w:t>
      </w:r>
    </w:p>
    <w:p>
      <w:r>
        <w:rPr>
          <w:b w:val="0"/>
          <w:sz w:val="20"/>
        </w:rPr>
        <w:t>The Parties agree to keep the terms of this Agreement confidential, except where disclosure is required by law or agreed in writing by both Parties.</w:t>
      </w:r>
    </w:p>
    <w:p/>
    <w:p>
      <w:r>
        <w:rPr>
          <w:b/>
          <w:sz w:val="22"/>
        </w:rPr>
        <w:t>7. LEGAL ADVICE AND INDEPENDENT COUNSEL</w:t>
      </w:r>
    </w:p>
    <w:p>
      <w:r>
        <w:rPr>
          <w:b w:val="0"/>
          <w:sz w:val="20"/>
        </w:rPr>
        <w:t>Each Party acknowledges that they have been advised to seek independent legal advice regarding this Agreement and enter into it freely and voluntarily.</w:t>
      </w:r>
    </w:p>
    <w:p/>
    <w:p>
      <w:r>
        <w:rPr>
          <w:b/>
          <w:sz w:val="22"/>
        </w:rPr>
        <w:t>8. ENTIRE AGREEMENT AND AMENDMENTS</w:t>
      </w:r>
    </w:p>
    <w:p>
      <w:r>
        <w:rPr>
          <w:b w:val="0"/>
          <w:sz w:val="20"/>
        </w:rPr>
        <w:t>This Agreement constitutes the entire understanding between the Parties and supersedes all prior agreements, whether oral or written. Any amendments must be in writing and signed by both Parties.</w:t>
      </w:r>
    </w:p>
    <w:p/>
    <w:p>
      <w:r>
        <w:rPr>
          <w:b/>
          <w:sz w:val="22"/>
        </w:rPr>
        <w:t>9. GOVERNING LAW</w:t>
      </w:r>
    </w:p>
    <w:p>
      <w:r>
        <w:rPr>
          <w:b w:val="0"/>
          <w:sz w:val="20"/>
        </w:rPr>
        <w:t>This Agreement shall be governed by and construed in accordance with the laws of the Commonwealth of Australia and the applicable state or territory law.</w:t>
      </w:r>
    </w:p>
    <w:p/>
    <w:p>
      <w:r>
        <w:rPr>
          <w:b/>
          <w:sz w:val="22"/>
        </w:rPr>
        <w:t>10. DISPUTE RESOLUTION</w:t>
      </w:r>
    </w:p>
    <w:p>
      <w:r>
        <w:rPr>
          <w:b w:val="0"/>
          <w:sz w:val="20"/>
        </w:rPr>
        <w:t>The Parties agree to attempt to resolve any disputes arising under this Agreement amicably through negotiation or mediation before commencing court proceedings.</w:t>
      </w:r>
    </w:p>
    <w:p/>
    <w:p>
      <w:r>
        <w:rPr>
          <w:b/>
          <w:sz w:val="22"/>
        </w:rPr>
        <w:t>11. EXECUTION</w:t>
      </w:r>
    </w:p>
    <w:p>
      <w:r>
        <w:rPr>
          <w:b w:val="0"/>
          <w:sz w:val="20"/>
        </w:rPr>
        <w:t>The Parties agree to execute any further documents necessary to give effect to this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https://legaltemplates-au.com/separation-agreement/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separation-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