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PAYMENT AGREEMENT</w:t>
      </w:r>
    </w:p>
    <w:p/>
    <w:p>
      <w:r>
        <w:rPr>
          <w:b/>
          <w:sz w:val="20"/>
        </w:rPr>
        <w:t>This Payment Agreement ("Agreement") is made between the following parties:</w:t>
      </w:r>
    </w:p>
    <w:p/>
    <w:p>
      <w:r>
        <w:rPr>
          <w:b/>
          <w:sz w:val="20"/>
        </w:rPr>
        <w:t>Payor:</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Payee:</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RECITALS</w:t>
      </w:r>
    </w:p>
    <w:p>
      <w:r>
        <w:rPr>
          <w:b w:val="0"/>
          <w:sz w:val="20"/>
        </w:rPr>
        <w:t>WHEREAS, the Payor owes the Payee a certain amount of money under terms agreed between the parties;</w:t>
      </w:r>
    </w:p>
    <w:p>
      <w:r>
        <w:rPr>
          <w:b w:val="0"/>
          <w:sz w:val="20"/>
        </w:rPr>
        <w:t>AND WHEREAS, the parties wish to set out the terms and conditions for the payment of such amount;</w:t>
      </w:r>
    </w:p>
    <w:p>
      <w:r>
        <w:rPr>
          <w:b w:val="0"/>
          <w:sz w:val="20"/>
        </w:rPr>
        <w:t>NOW, THEREFORE, in consideration of the mutual covenants and promises herein contained, the parties agree as follows:</w:t>
      </w:r>
    </w:p>
    <w:p/>
    <w:p>
      <w:r>
        <w:rPr>
          <w:b/>
          <w:sz w:val="20"/>
        </w:rPr>
        <w:t>1. Definitions</w:t>
      </w:r>
    </w:p>
    <w:p>
      <w:r>
        <w:rPr>
          <w:b w:val="0"/>
          <w:sz w:val="20"/>
        </w:rPr>
        <w:t>1.1. "Agreement" means this Payment Agreement.</w:t>
      </w:r>
    </w:p>
    <w:p>
      <w:r>
        <w:rPr>
          <w:b w:val="0"/>
          <w:sz w:val="20"/>
        </w:rPr>
        <w:t>1.2. "Payor" means the party making the payment as identified above.</w:t>
      </w:r>
    </w:p>
    <w:p>
      <w:r>
        <w:rPr>
          <w:b w:val="0"/>
          <w:sz w:val="20"/>
        </w:rPr>
        <w:t>1.3. "Payee" means the party receiving the payment as identified above.</w:t>
      </w:r>
    </w:p>
    <w:p>
      <w:r>
        <w:rPr>
          <w:b w:val="0"/>
          <w:sz w:val="20"/>
        </w:rPr>
        <w:t>1.4. "Payment Amount" means the total amount of money to be paid by the Payor to the Payee as specified in clause 2.</w:t>
      </w:r>
    </w:p>
    <w:p/>
    <w:p>
      <w:r>
        <w:rPr>
          <w:b/>
          <w:sz w:val="20"/>
        </w:rPr>
        <w:t>2. Payment Terms</w:t>
      </w:r>
    </w:p>
    <w:p>
      <w:r>
        <w:rPr>
          <w:b w:val="0"/>
          <w:sz w:val="20"/>
        </w:rPr>
        <w:t>2.1. The Payor agrees to pay the Payee the total sum of AUD ___________________.</w:t>
      </w:r>
    </w:p>
    <w:p>
      <w:r>
        <w:rPr>
          <w:b w:val="0"/>
          <w:sz w:val="20"/>
        </w:rPr>
        <w:t>2.2. Payment shall be made by the Payor to the Payee via the following method(s):</w:t>
      </w:r>
    </w:p>
    <w:p>
      <w:r>
        <w:rPr>
          <w:b w:val="0"/>
          <w:sz w:val="20"/>
        </w:rPr>
        <w:t xml:space="preserve">    - ________________________________________________________________</w:t>
      </w:r>
    </w:p>
    <w:p>
      <w:r>
        <w:rPr>
          <w:b w:val="0"/>
          <w:sz w:val="20"/>
        </w:rPr>
        <w:t xml:space="preserve">    - ________________________________________________________________</w:t>
      </w:r>
    </w:p>
    <w:p>
      <w:r>
        <w:rPr>
          <w:b w:val="0"/>
          <w:sz w:val="20"/>
        </w:rPr>
        <w:t>2.3. The payment shall be made according to the following schedule:</w:t>
      </w:r>
    </w:p>
    <w:p>
      <w:r>
        <w:rPr>
          <w:b w:val="0"/>
          <w:sz w:val="20"/>
        </w:rPr>
        <w:t xml:space="preserve">    - Initial payment of AUD ________________ upon signing this Agreement.</w:t>
      </w:r>
    </w:p>
    <w:p>
      <w:r>
        <w:rPr>
          <w:b w:val="0"/>
          <w:sz w:val="20"/>
        </w:rPr>
        <w:t xml:space="preserve">    - Subsequent payments of AUD ________________ on or before the following dates: ______________________.</w:t>
      </w:r>
    </w:p>
    <w:p>
      <w:r>
        <w:rPr>
          <w:b w:val="0"/>
          <w:sz w:val="20"/>
        </w:rPr>
        <w:t>2.4. Late payments will incur an interest charge of ______% per annum calculated daily on the overdue amount until full payment is received.</w:t>
      </w:r>
    </w:p>
    <w:p/>
    <w:p>
      <w:r>
        <w:rPr>
          <w:b/>
          <w:sz w:val="20"/>
        </w:rPr>
        <w:t>3. Obligations of the Payor</w:t>
      </w:r>
    </w:p>
    <w:p>
      <w:r>
        <w:rPr>
          <w:b w:val="0"/>
          <w:sz w:val="20"/>
        </w:rPr>
        <w:t>3.1. The Payor shall make all payments strictly in accordance with the schedule and methods set out in this Agreement.</w:t>
      </w:r>
    </w:p>
    <w:p>
      <w:r>
        <w:rPr>
          <w:b w:val="0"/>
          <w:sz w:val="20"/>
        </w:rPr>
        <w:t>3.2. The Payor shall notify the Payee immediately if unable to make any payment on time, providing reasons and proposing alternate arrangements.</w:t>
      </w:r>
    </w:p>
    <w:p>
      <w:r>
        <w:rPr>
          <w:b w:val="0"/>
          <w:sz w:val="20"/>
        </w:rPr>
        <w:t>3.3. Failure to adhere to payment terms may constitute a breach of this Agreement.</w:t>
      </w:r>
    </w:p>
    <w:p/>
    <w:p>
      <w:r>
        <w:rPr>
          <w:b/>
          <w:sz w:val="20"/>
        </w:rPr>
        <w:t>4. Obligations of the Payee</w:t>
      </w:r>
    </w:p>
    <w:p>
      <w:r>
        <w:rPr>
          <w:b w:val="0"/>
          <w:sz w:val="20"/>
        </w:rPr>
        <w:t>4.1. The Payee agrees to accept payments according to the terms set out in this Agreement.</w:t>
      </w:r>
    </w:p>
    <w:p>
      <w:r>
        <w:rPr>
          <w:b w:val="0"/>
          <w:sz w:val="20"/>
        </w:rPr>
        <w:t>4.2. Upon receiving each payment, the Payee will issue a receipt or written confirmation.</w:t>
      </w:r>
    </w:p>
    <w:p>
      <w:r>
        <w:rPr>
          <w:b w:val="0"/>
          <w:sz w:val="20"/>
        </w:rPr>
        <w:t>4.3. The Payee shall notify the Payor within ______ business days if a payment has not been received.</w:t>
      </w:r>
    </w:p>
    <w:p/>
    <w:p>
      <w:r>
        <w:rPr>
          <w:b/>
          <w:sz w:val="20"/>
        </w:rPr>
        <w:t>5. Warranties and Representations</w:t>
      </w:r>
    </w:p>
    <w:p>
      <w:r>
        <w:rPr>
          <w:b w:val="0"/>
          <w:sz w:val="20"/>
        </w:rPr>
        <w:t>5.1. Each party warrants it has full power and authority to enter into this Agreement and perform its obligations.</w:t>
      </w:r>
    </w:p>
    <w:p>
      <w:r>
        <w:rPr>
          <w:b w:val="0"/>
          <w:sz w:val="20"/>
        </w:rPr>
        <w:t>5.2. The Payor represents that the funds used to make payments are not derived from unlawful activities.</w:t>
      </w:r>
    </w:p>
    <w:p>
      <w:r>
        <w:rPr>
          <w:b w:val="0"/>
          <w:sz w:val="20"/>
        </w:rPr>
        <w:t>5.3. The Payee represents that payment received will be used solely for lawful and agreed purposes.</w:t>
      </w:r>
    </w:p>
    <w:p/>
    <w:p>
      <w:r>
        <w:rPr>
          <w:b/>
          <w:sz w:val="20"/>
        </w:rPr>
        <w:t>6. Default and Remedies</w:t>
      </w:r>
    </w:p>
    <w:p>
      <w:r>
        <w:rPr>
          <w:b w:val="0"/>
          <w:sz w:val="20"/>
        </w:rPr>
        <w:t>6.1. A default occurs if the Payor fails to make any payment within ______ days after the due date.</w:t>
      </w:r>
    </w:p>
    <w:p>
      <w:r>
        <w:rPr>
          <w:b w:val="0"/>
          <w:sz w:val="20"/>
        </w:rPr>
        <w:t>6.2. Upon default, the Payee may:</w:t>
      </w:r>
    </w:p>
    <w:p>
      <w:r>
        <w:rPr>
          <w:b w:val="0"/>
          <w:sz w:val="20"/>
        </w:rPr>
        <w:t xml:space="preserve">    a) Require immediate payment of all outstanding amounts;</w:t>
      </w:r>
    </w:p>
    <w:p>
      <w:r>
        <w:rPr>
          <w:b w:val="0"/>
          <w:sz w:val="20"/>
        </w:rPr>
        <w:t xml:space="preserve">    b) Charge interest on overdue amounts as specified in clause 2.4;</w:t>
      </w:r>
    </w:p>
    <w:p>
      <w:r>
        <w:rPr>
          <w:b w:val="0"/>
          <w:sz w:val="20"/>
        </w:rPr>
        <w:t xml:space="preserve">    c) Exercise any other rights available under law or equity.</w:t>
      </w:r>
    </w:p>
    <w:p>
      <w:r>
        <w:rPr>
          <w:b w:val="0"/>
          <w:sz w:val="20"/>
        </w:rPr>
        <w:t>6.3. The Payor shall reimburse the Payee for any reasonable costs, including legal fees, incurred in enforcing this Agreement.</w:t>
      </w:r>
    </w:p>
    <w:p/>
    <w:p>
      <w:r>
        <w:rPr>
          <w:b/>
          <w:sz w:val="20"/>
        </w:rPr>
        <w:t>7. Confidentiality</w:t>
      </w:r>
    </w:p>
    <w:p>
      <w:r>
        <w:rPr>
          <w:b w:val="0"/>
          <w:sz w:val="20"/>
        </w:rPr>
        <w:t>7.1. Both parties agree to keep the terms and conditions of this Agreement confidential, except where disclosure is required by law or agreed in writing.</w:t>
      </w:r>
    </w:p>
    <w:p>
      <w:r>
        <w:rPr>
          <w:b w:val="0"/>
          <w:sz w:val="20"/>
        </w:rPr>
        <w:t>7.2. Confidential information shall not be disclosed to third parties without prior written consent.</w:t>
      </w:r>
    </w:p>
    <w:p/>
    <w:p>
      <w:r>
        <w:rPr>
          <w:b/>
          <w:sz w:val="20"/>
        </w:rPr>
        <w:t>8. Governing Law and Jurisdiction</w:t>
      </w:r>
    </w:p>
    <w:p>
      <w:r>
        <w:rPr>
          <w:b w:val="0"/>
          <w:sz w:val="20"/>
        </w:rPr>
        <w:t>8.1. This Agreement shall be governed by and construed in accordance with the laws of the Commonwealth of Australia and the State or Territory where the Payee resides.</w:t>
      </w:r>
    </w:p>
    <w:p>
      <w:r>
        <w:rPr>
          <w:b w:val="0"/>
          <w:sz w:val="20"/>
        </w:rPr>
        <w:t>8.2. The parties submit to the exclusive jurisdiction of the courts of that State or Territory for any disputes arising under or in connection with this Agreement.</w:t>
      </w:r>
    </w:p>
    <w:p/>
    <w:p>
      <w:r>
        <w:rPr>
          <w:b/>
          <w:sz w:val="20"/>
        </w:rPr>
        <w:t>9. Entire Agreement</w:t>
      </w:r>
    </w:p>
    <w:p>
      <w:r>
        <w:rPr>
          <w:b w:val="0"/>
          <w:sz w:val="20"/>
        </w:rPr>
        <w:t>9.1. This Agreement constitutes the entire understanding between the parties and supersedes all prior negotiations or agreements, whether oral or written, relating to its subject matter.</w:t>
      </w:r>
    </w:p>
    <w:p>
      <w:r>
        <w:rPr>
          <w:b w:val="0"/>
          <w:sz w:val="20"/>
        </w:rPr>
        <w:t>9.2. Any amendments or variations must be in writing and signed by both parties.</w:t>
      </w:r>
    </w:p>
    <w:p/>
    <w:p>
      <w:r>
        <w:rPr>
          <w:b/>
          <w:sz w:val="20"/>
        </w:rPr>
        <w:t>10. Severability</w:t>
      </w:r>
    </w:p>
    <w:p>
      <w:r>
        <w:rPr>
          <w:b w:val="0"/>
          <w:sz w:val="20"/>
        </w:rPr>
        <w:t>10.1. If any provision of this Agreement is found to be invalid or unenforceable, the remaining provisions shall continue in full force and effect.</w:t>
      </w:r>
    </w:p>
    <w:p/>
    <w:p>
      <w:r>
        <w:rPr>
          <w:b/>
          <w:sz w:val="20"/>
        </w:rPr>
        <w:t>11. Notices</w:t>
      </w:r>
    </w:p>
    <w:p>
      <w:r>
        <w:rPr>
          <w:b w:val="0"/>
          <w:sz w:val="20"/>
        </w:rPr>
        <w:t>11.1. Any notice required or permitted under this Agreement shall be in writing and delivered by hand, prepaid post, or email to the addresses stated above or to such other address as notified.</w:t>
      </w:r>
    </w:p>
    <w:p>
      <w:r>
        <w:rPr>
          <w:b w:val="0"/>
          <w:sz w:val="20"/>
        </w:rPr>
        <w:t>11.2. Notices are deemed received upon delivery if by hand, three business days after posting if by mail, or one business day after sending if by email.</w:t>
      </w:r>
    </w:p>
    <w:p/>
    <w:p>
      <w:r>
        <w:rPr>
          <w:b/>
          <w:sz w:val="20"/>
        </w:rPr>
        <w:t>IN WITNESS WHEREOF, the parties have executed this Payment Agreement as follows:</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PAYOR</w:t>
            </w:r>
          </w:p>
        </w:tc>
        <w:tc>
          <w:tcPr>
            <w:tcW w:type="dxa" w:w="4986"/>
            <w:tcBorders>
              <w:top w:val="nil"/>
              <w:left w:val="nil"/>
              <w:bottom w:val="nil"/>
              <w:right w:val="nil"/>
              <w:insideH w:val="nil"/>
              <w:insideV w:val="nil"/>
            </w:tcBorders>
          </w:tcPr>
          <w:p>
            <w:pPr>
              <w:jc w:val="center"/>
            </w:pPr>
            <w:r>
              <w:t>PAYEE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https://legaltemplates-au.com/payment-agreement/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https://legaltemplates-au.com</w:t>
        </w:r>
      </w:hyperlink>
    </w:p>
    <w:p>
      <w:pPr>
        <w:jc w:val="center"/>
      </w:pPr>
      <w:r>
        <w:rPr>
          <w:color w:val="808080"/>
          <w:sz w:val="20"/>
        </w:rPr>
        <w:t>This template is intended exclusively for personal, non-commercial use.</w:t>
        <w:br/>
        <w:t>If distributed or published, the source must be mentioned. © legaltemplates-au.com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au.com/payment-agreement/" TargetMode="External"/><Relationship Id="rId10" Type="http://schemas.openxmlformats.org/officeDocument/2006/relationships/hyperlink" Target="https://legaltemplate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