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NOMINATION FORM</w:t>
      </w:r>
    </w:p>
    <w:p/>
    <w:p>
      <w:r>
        <w:rPr>
          <w:b w:val="0"/>
          <w:sz w:val="20"/>
        </w:rPr>
        <w:t>Please complete all sections of this Nomination Form accurately. This form is legally binding under Australian law and must be signed by the Nominator.</w:t>
      </w:r>
    </w:p>
    <w:p/>
    <w:p/>
    <w:p>
      <w:r>
        <w:rPr>
          <w:b/>
          <w:sz w:val="22"/>
        </w:rPr>
        <w:t>1. NOMINATOR DETAILS</w:t>
      </w:r>
    </w:p>
    <w:p>
      <w:r>
        <w:rPr>
          <w:b w:val="0"/>
          <w:sz w:val="20"/>
        </w:rPr>
        <w:t>Full Name: ________________________________________________________________</w:t>
      </w:r>
    </w:p>
    <w:p>
      <w:r>
        <w:rPr>
          <w:b w:val="0"/>
          <w:sz w:val="20"/>
        </w:rPr>
        <w:t>Date of Birth: _____________________________________________________________</w:t>
      </w:r>
    </w:p>
    <w:p>
      <w:r>
        <w:rPr>
          <w:b w:val="0"/>
          <w:sz w:val="20"/>
        </w:rPr>
        <w:t>Residential Address: _______________________________________________________</w:t>
      </w:r>
    </w:p>
    <w:p>
      <w:r>
        <w:rPr>
          <w:b w:val="0"/>
          <w:sz w:val="20"/>
        </w:rPr>
        <w:t>City/Suburb: ________________________ State: __________ Postcode: _________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2"/>
        </w:rPr>
        <w:t>2. NOMINEE DETAILS</w:t>
      </w:r>
    </w:p>
    <w:p>
      <w:r>
        <w:rPr>
          <w:b w:val="0"/>
          <w:sz w:val="20"/>
        </w:rPr>
        <w:t>Full Name: ________________________________________________________________</w:t>
      </w:r>
    </w:p>
    <w:p>
      <w:r>
        <w:rPr>
          <w:b w:val="0"/>
          <w:sz w:val="20"/>
        </w:rPr>
        <w:t>Date of Birth: _____________________________________________________________</w:t>
      </w:r>
    </w:p>
    <w:p>
      <w:r>
        <w:rPr>
          <w:b w:val="0"/>
          <w:sz w:val="20"/>
        </w:rPr>
        <w:t>Residential Address: _______________________________________________________</w:t>
      </w:r>
    </w:p>
    <w:p>
      <w:r>
        <w:rPr>
          <w:b w:val="0"/>
          <w:sz w:val="20"/>
        </w:rPr>
        <w:t>City/Suburb: ________________________ State: __________ Postcode: _________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2"/>
        </w:rPr>
        <w:t>3. RELATIONSHIP TO NOMINATOR</w:t>
      </w:r>
    </w:p>
    <w:p>
      <w:r>
        <w:rPr>
          <w:b w:val="0"/>
          <w:sz w:val="20"/>
        </w:rPr>
        <w:t>Please describe your relationship to the Nominee:</w:t>
      </w:r>
    </w:p>
    <w:p>
      <w:r>
        <w:rPr>
          <w:b w:val="0"/>
          <w:sz w:val="20"/>
        </w:rPr>
        <w:t>____________________________________________________________________________</w:t>
      </w:r>
    </w:p>
    <w:p>
      <w:r>
        <w:rPr>
          <w:b w:val="0"/>
          <w:sz w:val="20"/>
        </w:rPr>
        <w:t>____________________________________________________________________________</w:t>
      </w:r>
    </w:p>
    <w:p/>
    <w:p>
      <w:r>
        <w:rPr>
          <w:b/>
          <w:sz w:val="22"/>
        </w:rPr>
        <w:t>4. REASON FOR NOMINATION</w:t>
      </w:r>
    </w:p>
    <w:p>
      <w:r>
        <w:rPr>
          <w:b w:val="0"/>
          <w:sz w:val="20"/>
        </w:rPr>
        <w:t>Please provide a detailed reason for the nomination:</w:t>
      </w:r>
    </w:p>
    <w:p>
      <w:r>
        <w:rPr>
          <w:b w:val="0"/>
          <w:sz w:val="20"/>
        </w:rPr>
        <w:t>____________________________________________________________________________</w:t>
      </w:r>
    </w:p>
    <w:p>
      <w:r>
        <w:rPr>
          <w:b w:val="0"/>
          <w:sz w:val="20"/>
        </w:rPr>
        <w:t>____________________________________________________________________________</w:t>
      </w:r>
    </w:p>
    <w:p>
      <w:r>
        <w:rPr>
          <w:b w:val="0"/>
          <w:sz w:val="20"/>
        </w:rPr>
        <w:t>____________________________________________________________________________</w:t>
      </w:r>
    </w:p>
    <w:p/>
    <w:p>
      <w:r>
        <w:rPr>
          <w:b/>
          <w:sz w:val="22"/>
        </w:rPr>
        <w:t>5. TERMS AND CONDITIONS</w:t>
      </w:r>
    </w:p>
    <w:p>
      <w:r>
        <w:rPr>
          <w:b w:val="0"/>
          <w:sz w:val="20"/>
        </w:rPr>
        <w:t>By submitting this Nomination Form, I, the Nominator, declare and agree to the following:</w:t>
      </w:r>
    </w:p>
    <w:p>
      <w:r>
        <w:rPr>
          <w:b w:val="0"/>
          <w:sz w:val="20"/>
        </w:rPr>
        <w:t>a) I confirm that all information provided is true, accurate, and complete to the best of my knowledge.</w:t>
      </w:r>
    </w:p>
    <w:p>
      <w:r>
        <w:rPr>
          <w:b w:val="0"/>
          <w:sz w:val="20"/>
        </w:rPr>
        <w:t>b) I understand that this form constitutes a legally binding nomination under Australian law.</w:t>
      </w:r>
    </w:p>
    <w:p>
      <w:r>
        <w:rPr>
          <w:b w:val="0"/>
          <w:sz w:val="20"/>
        </w:rPr>
        <w:t>c) I acknowledge that any false or misleading information may result in legal consequences.</w:t>
      </w:r>
    </w:p>
    <w:p>
      <w:r>
        <w:rPr>
          <w:b w:val="0"/>
          <w:sz w:val="20"/>
        </w:rPr>
        <w:t>d) I authorise the recipient organisation to use my personal information for the purpose of processing this nomination in accordance with the Privacy Act 1988 (Cth).</w:t>
      </w:r>
    </w:p>
    <w:p>
      <w:r>
        <w:rPr>
          <w:b w:val="0"/>
          <w:sz w:val="20"/>
        </w:rPr>
        <w:t>e) I agree to indemnify and hold harmless the organisation and its officers from any claims arising from this nomination.</w:t>
      </w:r>
    </w:p>
    <w:p/>
    <w:p>
      <w:r>
        <w:rPr>
          <w:b/>
          <w:sz w:val="22"/>
        </w:rPr>
        <w:t>6. PRIVACY STATEMENT</w:t>
      </w:r>
    </w:p>
    <w:p>
      <w:r>
        <w:rPr>
          <w:b w:val="0"/>
          <w:sz w:val="20"/>
        </w:rPr>
        <w:t>Your personal information will be collected, used, and disclosed in accordance with the Privacy Act 1988 (Cth). It will be used solely for the purpose of processing this nomination and related activities. Your information will not be shared with any third parties without your consent, unless required or authorised by law.</w:t>
      </w:r>
    </w:p>
    <w:p/>
    <w:p/>
    <w:p>
      <w:r>
        <w:rPr>
          <w:b/>
          <w:sz w:val="22"/>
        </w:rPr>
        <w:t>7. DECLARATION AND SIGNATURE</w:t>
      </w:r>
    </w:p>
    <w:p>
      <w:r>
        <w:rPr>
          <w:b w:val="0"/>
          <w:sz w:val="20"/>
        </w:rPr>
        <w:t>I declare that I have read, understood, and agree to the Terms and Conditions and Privacy Statement above. I warrant that I have the authority to submit this Nomination Form.</w:t>
      </w:r>
    </w:p>
    <w:p/>
    <w:p>
      <w:r>
        <w:rPr>
          <w:b w:val="0"/>
          <w:sz w:val="20"/>
        </w:rPr>
        <w:t>Signature of Nominator: ___________________________</w:t>
      </w:r>
    </w:p>
    <w:p>
      <w:r>
        <w:rPr>
          <w:b w:val="0"/>
          <w:sz w:val="20"/>
        </w:rPr>
        <w:t>Print Name: _______________________________________</w:t>
      </w:r>
    </w:p>
    <w:p>
      <w:r>
        <w:rPr>
          <w:b w:val="0"/>
          <w:sz w:val="20"/>
        </w:rPr>
        <w:t>Date of Signing: __________________________________</w:t>
      </w:r>
    </w:p>
    <w:p/>
    <w:p/>
    <w:p/>
    <w:p>
      <w:r>
        <w:rPr>
          <w:b/>
          <w:sz w:val="22"/>
        </w:rPr>
        <w:t>8. WITNESS DETAILS AND SIGNATURE</w:t>
      </w:r>
    </w:p>
    <w:p>
      <w:r>
        <w:rPr>
          <w:b w:val="0"/>
          <w:sz w:val="20"/>
        </w:rPr>
        <w:t>Full Name of Witness: _________________________________________________</w:t>
      </w:r>
    </w:p>
    <w:p>
      <w:r>
        <w:rPr>
          <w:b w:val="0"/>
          <w:sz w:val="20"/>
        </w:rPr>
        <w:t>Address of Witness: ___________________________________________________</w:t>
      </w:r>
    </w:p>
    <w:p>
      <w:r>
        <w:rPr>
          <w:b w:val="0"/>
          <w:sz w:val="20"/>
        </w:rPr>
        <w:t>Phone Number: _________________________________________________________</w:t>
      </w:r>
    </w:p>
    <w:p>
      <w:r>
        <w:rPr>
          <w:b w:val="0"/>
          <w:sz w:val="20"/>
        </w:rPr>
        <w:t>Signature of Witness: ___________________________</w:t>
      </w:r>
    </w:p>
    <w:p>
      <w:r>
        <w:rPr>
          <w:b w:val="0"/>
          <w:sz w:val="20"/>
        </w:rPr>
        <w:t>Date of Signing: __________________________________</w:t>
      </w:r>
    </w:p>
    <w:p/>
    <w:p/>
    <w:p/>
    <w:p>
      <w:r>
        <w:rPr>
          <w:b/>
          <w:sz w:val="22"/>
        </w:rPr>
        <w:t>9. OFFICIAL USE ONLY</w:t>
      </w:r>
    </w:p>
    <w:p>
      <w:r>
        <w:rPr>
          <w:b w:val="0"/>
          <w:sz w:val="20"/>
        </w:rPr>
        <w:t>Received By: ___________________________________________</w:t>
      </w:r>
    </w:p>
    <w:p>
      <w:r>
        <w:rPr>
          <w:b w:val="0"/>
          <w:sz w:val="20"/>
        </w:rPr>
        <w:t>Position: _______________________________________________</w:t>
      </w:r>
    </w:p>
    <w:p>
      <w:r>
        <w:rPr>
          <w:b w:val="0"/>
          <w:sz w:val="20"/>
        </w:rPr>
        <w:t>Date Received: _________________________________________</w:t>
      </w:r>
    </w:p>
    <w:p>
      <w:r>
        <w:rPr>
          <w:b w:val="0"/>
          <w:sz w:val="20"/>
        </w:rPr>
        <w:t>Notes: __________________________________________________</w:t>
      </w:r>
    </w:p>
    <w:p>
      <w:r>
        <w:rPr>
          <w:b w:val="0"/>
          <w:sz w:val="20"/>
        </w:rPr>
        <w:t>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NOMINATOR</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____________________________</w:t>
            </w:r>
          </w:p>
        </w:tc>
        <w:tc>
          <w:tcPr>
            <w:tcW w:type="dxa" w:w="4986"/>
            <w:tcBorders>
              <w:top w:val="nil"/>
              <w:left w:val="nil"/>
              <w:bottom w:val="nil"/>
              <w:right w:val="nil"/>
              <w:insideH w:val="nil"/>
              <w:insideV w:val="nil"/>
            </w:tcBorders>
          </w:tcPr>
          <w:p>
            <w:pPr>
              <w:jc w:val="center"/>
            </w:pPr>
            <w:r>
              <w:t>Print Name: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https://legaltemplates-au.com/nomination-form/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nomination-form/"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