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NEW EMPLOYEE DETAILS FORM</w:t>
      </w:r>
    </w:p>
    <w:p/>
    <w:p/>
    <w:p>
      <w:r>
        <w:rPr>
          <w:b/>
          <w:sz w:val="22"/>
        </w:rPr>
        <w:t>1. Personal Details</w:t>
      </w:r>
    </w:p>
    <w:p>
      <w:r>
        <w:rPr>
          <w:b w:val="0"/>
          <w:sz w:val="20"/>
        </w:rPr>
        <w:t>Full Name: ____________________________________________________________</w:t>
      </w:r>
    </w:p>
    <w:p>
      <w:r>
        <w:rPr>
          <w:b w:val="0"/>
          <w:sz w:val="20"/>
        </w:rPr>
        <w:t>Preferred Name (if any): _______________________________________________</w:t>
      </w:r>
    </w:p>
    <w:p>
      <w:r>
        <w:rPr>
          <w:b w:val="0"/>
          <w:sz w:val="20"/>
        </w:rPr>
        <w:t>Date of Birth: _________________________________________________________</w:t>
      </w:r>
    </w:p>
    <w:p>
      <w:r>
        <w:rPr>
          <w:b w:val="0"/>
          <w:sz w:val="20"/>
        </w:rPr>
        <w:t>Gender: _______________________________________________________________</w:t>
      </w:r>
    </w:p>
    <w:p>
      <w:r>
        <w:rPr>
          <w:b w:val="0"/>
          <w:sz w:val="20"/>
        </w:rPr>
        <w:t>Residential Address: ___________________________________________________</w:t>
      </w:r>
    </w:p>
    <w:p>
      <w:r>
        <w:rPr>
          <w:b w:val="0"/>
          <w:sz w:val="20"/>
        </w:rPr>
        <w:t>______________________________________________________________________</w:t>
      </w:r>
    </w:p>
    <w:p>
      <w:r>
        <w:rPr>
          <w:b w:val="0"/>
          <w:sz w:val="20"/>
        </w:rPr>
        <w:t>Phone Number (Mobile): _________________________________________________</w:t>
      </w:r>
    </w:p>
    <w:p>
      <w:r>
        <w:rPr>
          <w:b w:val="0"/>
          <w:sz w:val="20"/>
        </w:rPr>
        <w:t>Phone Number (Home): __________________________________________________</w:t>
      </w:r>
    </w:p>
    <w:p>
      <w:r>
        <w:rPr>
          <w:b w:val="0"/>
          <w:sz w:val="20"/>
        </w:rPr>
        <w:t>Email Address: _________________________________________________________</w:t>
      </w:r>
    </w:p>
    <w:p/>
    <w:p>
      <w:r>
        <w:rPr>
          <w:b/>
          <w:sz w:val="22"/>
        </w:rPr>
        <w:t>2. Emergency Contact Details</w:t>
      </w:r>
    </w:p>
    <w:p>
      <w:r>
        <w:rPr>
          <w:b w:val="0"/>
          <w:sz w:val="20"/>
        </w:rPr>
        <w:t>Full Name: ____________________________________________________________</w:t>
      </w:r>
    </w:p>
    <w:p>
      <w:r>
        <w:rPr>
          <w:b w:val="0"/>
          <w:sz w:val="20"/>
        </w:rPr>
        <w:t>Relationship to Employee: ______________________________________________</w:t>
      </w:r>
    </w:p>
    <w:p>
      <w:r>
        <w:rPr>
          <w:b w:val="0"/>
          <w:sz w:val="20"/>
        </w:rPr>
        <w:t>Phone Number (Mobile): _________________________________________________</w:t>
      </w:r>
    </w:p>
    <w:p>
      <w:r>
        <w:rPr>
          <w:b w:val="0"/>
          <w:sz w:val="20"/>
        </w:rPr>
        <w:t>Phone Number (Home): __________________________________________________</w:t>
      </w:r>
    </w:p>
    <w:p>
      <w:r>
        <w:rPr>
          <w:b w:val="0"/>
          <w:sz w:val="20"/>
        </w:rPr>
        <w:t>Address: 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</w:t>
      </w:r>
    </w:p>
    <w:p/>
    <w:p>
      <w:r>
        <w:rPr>
          <w:b/>
          <w:sz w:val="22"/>
        </w:rPr>
        <w:t>3. Tax File Number (TFN) Declaration</w:t>
      </w:r>
    </w:p>
    <w:p>
      <w:r>
        <w:rPr>
          <w:b w:val="0"/>
          <w:sz w:val="20"/>
        </w:rPr>
        <w:t>Tax File Number (TFN): _________________________________________________</w:t>
      </w:r>
    </w:p>
    <w:p>
      <w:r>
        <w:rPr>
          <w:b w:val="0"/>
          <w:sz w:val="20"/>
        </w:rPr>
        <w:t>Australian Business Number (ABN) (if applicable): ________________________</w:t>
      </w:r>
    </w:p>
    <w:p>
      <w:r>
        <w:rPr>
          <w:b w:val="0"/>
          <w:sz w:val="20"/>
        </w:rPr>
        <w:t>Declaration: I declare that the above TFN is correct and that I am an Australian resident for tax purposes.</w:t>
      </w:r>
    </w:p>
    <w:p/>
    <w:p>
      <w:r>
        <w:rPr>
          <w:b/>
          <w:sz w:val="22"/>
        </w:rPr>
        <w:t>4. Superannuation Details</w:t>
      </w:r>
    </w:p>
    <w:p>
      <w:r>
        <w:rPr>
          <w:b w:val="0"/>
          <w:sz w:val="20"/>
        </w:rPr>
        <w:t>Preferred Superannuation Fund: _________________________________________</w:t>
      </w:r>
    </w:p>
    <w:p>
      <w:r>
        <w:rPr>
          <w:b w:val="0"/>
          <w:sz w:val="20"/>
        </w:rPr>
        <w:t>Fund ABN: _____________________________________________________________</w:t>
      </w:r>
    </w:p>
    <w:p>
      <w:r>
        <w:rPr>
          <w:b w:val="0"/>
          <w:sz w:val="20"/>
        </w:rPr>
        <w:t>Member Number: ________________________________________________________</w:t>
      </w:r>
    </w:p>
    <w:p>
      <w:r>
        <w:rPr>
          <w:b w:val="0"/>
          <w:sz w:val="20"/>
        </w:rPr>
        <w:t>Fund Address: 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</w:t>
      </w:r>
    </w:p>
    <w:p>
      <w:r>
        <w:rPr>
          <w:b w:val="0"/>
          <w:sz w:val="20"/>
        </w:rPr>
        <w:t>If no fund nominated, default fund will apply as per legislative requirements.</w:t>
      </w:r>
    </w:p>
    <w:p/>
    <w:p>
      <w:r>
        <w:rPr>
          <w:b/>
          <w:sz w:val="22"/>
        </w:rPr>
        <w:t>5. Employment Details</w:t>
      </w:r>
    </w:p>
    <w:p>
      <w:r>
        <w:rPr>
          <w:b w:val="0"/>
          <w:sz w:val="20"/>
        </w:rPr>
        <w:t>Position Title: _________________________________________________________</w:t>
      </w:r>
    </w:p>
    <w:p>
      <w:r>
        <w:rPr>
          <w:b w:val="0"/>
          <w:sz w:val="20"/>
        </w:rPr>
        <w:t>Employment Type (Full-time/Part-time/Casual): ___________________________</w:t>
      </w:r>
    </w:p>
    <w:p>
      <w:r>
        <w:rPr>
          <w:b w:val="0"/>
          <w:sz w:val="20"/>
        </w:rPr>
        <w:t>Hours per Week (if applicable): __________________________________________</w:t>
      </w:r>
    </w:p>
    <w:p>
      <w:r>
        <w:rPr>
          <w:b w:val="0"/>
          <w:sz w:val="20"/>
        </w:rPr>
        <w:t>Award/Enterprise Agreement (if applicable): ______________________________</w:t>
      </w:r>
    </w:p>
    <w:p>
      <w:r>
        <w:rPr>
          <w:b w:val="0"/>
          <w:sz w:val="20"/>
        </w:rPr>
        <w:t>Location/Worksite: ______________________________________________________</w:t>
      </w:r>
    </w:p>
    <w:p/>
    <w:p>
      <w:r>
        <w:rPr>
          <w:b/>
          <w:sz w:val="22"/>
        </w:rPr>
        <w:t>6. Bank Account Details for Salary Payment</w:t>
      </w:r>
    </w:p>
    <w:p>
      <w:r>
        <w:rPr>
          <w:b w:val="0"/>
          <w:sz w:val="20"/>
        </w:rPr>
        <w:t>Account Name: __________________________________________________________</w:t>
      </w:r>
    </w:p>
    <w:p>
      <w:r>
        <w:rPr>
          <w:b w:val="0"/>
          <w:sz w:val="20"/>
        </w:rPr>
        <w:t>Bank Name: _____________________________________________________________</w:t>
      </w:r>
    </w:p>
    <w:p>
      <w:r>
        <w:rPr>
          <w:b w:val="0"/>
          <w:sz w:val="20"/>
        </w:rPr>
        <w:t>BSB Number: ____________________________________________________________</w:t>
      </w:r>
    </w:p>
    <w:p>
      <w:r>
        <w:rPr>
          <w:b w:val="0"/>
          <w:sz w:val="20"/>
        </w:rPr>
        <w:t>Account Number: ________________________________________________________</w:t>
      </w:r>
    </w:p>
    <w:p/>
    <w:p>
      <w:r>
        <w:rPr>
          <w:b/>
          <w:sz w:val="22"/>
        </w:rPr>
        <w:t>7. Qualifications and Certifications</w:t>
      </w:r>
    </w:p>
    <w:p>
      <w:r>
        <w:rPr>
          <w:b w:val="0"/>
          <w:sz w:val="20"/>
        </w:rPr>
        <w:t>Please list relevant qualifications, certificates, and licenses:</w:t>
      </w:r>
    </w:p>
    <w:p>
      <w:r>
        <w:rPr>
          <w:b w:val="0"/>
          <w:sz w:val="20"/>
        </w:rPr>
        <w:t>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</w:t>
      </w:r>
    </w:p>
    <w:p/>
    <w:p>
      <w:r>
        <w:rPr>
          <w:b/>
          <w:sz w:val="22"/>
        </w:rPr>
        <w:t>8. Employee Declaration and Consent</w:t>
      </w:r>
    </w:p>
    <w:p>
      <w:r>
        <w:rPr>
          <w:b w:val="0"/>
          <w:sz w:val="20"/>
        </w:rPr>
        <w:t>I declare that the information I have provided in this form is true and correct to the best of my knowledge. I understand that providing false or misleading information may result in disciplinary action, including termination of employment.</w:t>
      </w:r>
    </w:p>
    <w:p/>
    <w:p>
      <w:r>
        <w:rPr>
          <w:b w:val="0"/>
          <w:sz w:val="20"/>
        </w:rPr>
        <w:t>I consent to the collection, use, and disclosure of my personal information for employment-related purposes in accordance with applicable Australian privacy laws and the employer’s privacy policy.</w:t>
      </w:r>
    </w:p>
    <w:p/>
    <w:p>
      <w:r>
        <w:rPr>
          <w:b w:val="0"/>
          <w:sz w:val="20"/>
        </w:rPr>
        <w:t>I acknowledge that it is my responsibility to notify the employer promptly of any changes to the information provided in this form.</w:t>
      </w:r>
    </w:p>
    <w:p/>
    <w:p/>
    <w:p>
      <w:r>
        <w:rPr>
          <w:b w:val="0"/>
          <w:sz w:val="20"/>
        </w:rPr>
        <w:t>Place of Signing: ______________________________________________________</w:t>
      </w:r>
    </w:p>
    <w:p>
      <w:r>
        <w:rPr>
          <w:b w:val="0"/>
          <w:sz w:val="20"/>
        </w:rPr>
        <w:t>Employee Signature: ___________________________________________________</w:t>
      </w:r>
    </w:p>
    <w:p>
      <w:r>
        <w:rPr>
          <w:b w:val="0"/>
          <w:sz w:val="20"/>
        </w:rPr>
        <w:t>Date: _________________________________________________________________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EMPLOYER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WITNESS (if applicable)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&amp; Title: 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 source of this document: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https://legaltemplates-au.com/new-employee-details-form/</w:t>
        </w:r>
      </w:hyperlink>
    </w:p>
    <w:p>
      <w:pPr>
        <w:jc w:val="center"/>
      </w:pPr>
      <w:r>
        <w:rPr>
          <w:color w:val="555555"/>
          <w:sz w:val="26"/>
        </w:rPr>
        <w:t>Did you find this template helpful?</w:t>
      </w:r>
    </w:p>
    <w:p>
      <w:pPr>
        <w:jc w:val="center"/>
      </w:pPr>
      <w:r>
        <w:rPr>
          <w:color w:val="555555"/>
          <w:sz w:val="26"/>
        </w:rPr>
        <w:t>Find more updated templates at: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https://legaltemplates-au.com</w:t>
        </w:r>
      </w:hyperlink>
    </w:p>
    <w:p>
      <w:pPr>
        <w:jc w:val="center"/>
      </w:pPr>
      <w:r>
        <w:rPr>
          <w:color w:val="808080"/>
          <w:sz w:val="20"/>
        </w:rPr>
        <w:t>This template is intended exclusively for personal, non-commercial use.</w:t>
        <w:br/>
        <w:t>If distributed or published, the source must be mentioned. © legaltemplates-au.com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legaltemplates-au.com/new-employee-details-form/" TargetMode="External"/><Relationship Id="rId10" Type="http://schemas.openxmlformats.org/officeDocument/2006/relationships/hyperlink" Target="https://legaltemplates-au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