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REFERRAL LETTER</w:t>
      </w:r>
    </w:p>
    <w:p/>
    <w:p/>
    <w:p>
      <w:r>
        <w:rPr>
          <w:b/>
          <w:sz w:val="22"/>
        </w:rPr>
        <w:t>Referring Practitioner:</w:t>
      </w:r>
    </w:p>
    <w:p>
      <w:r>
        <w:rPr>
          <w:b w:val="0"/>
          <w:sz w:val="20"/>
        </w:rPr>
        <w:t>Name: _____________________________________________________________</w:t>
      </w:r>
    </w:p>
    <w:p>
      <w:r>
        <w:rPr>
          <w:b w:val="0"/>
          <w:sz w:val="20"/>
        </w:rPr>
        <w:t>Provider Number: _________________________________________________</w:t>
      </w:r>
    </w:p>
    <w:p>
      <w:r>
        <w:rPr>
          <w:b w:val="0"/>
          <w:sz w:val="20"/>
        </w:rPr>
        <w:t>Practice Name: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Fax: _______________________________________________________________</w:t>
      </w:r>
    </w:p>
    <w:p>
      <w:r>
        <w:rPr>
          <w:b w:val="0"/>
          <w:sz w:val="20"/>
        </w:rPr>
        <w:t>Email: _____________________________________________________________</w:t>
      </w:r>
    </w:p>
    <w:p/>
    <w:p/>
    <w:p>
      <w:r>
        <w:rPr>
          <w:b/>
          <w:sz w:val="22"/>
        </w:rPr>
        <w:t>Patient Details:</w:t>
      </w:r>
    </w:p>
    <w:p>
      <w:r>
        <w:rPr>
          <w:b w:val="0"/>
          <w:sz w:val="20"/>
        </w:rPr>
        <w:t>Full Name: _________________________________________________________</w:t>
      </w:r>
    </w:p>
    <w:p>
      <w:r>
        <w:rPr>
          <w:b w:val="0"/>
          <w:sz w:val="20"/>
        </w:rPr>
        <w:t>Date of Birth: _____________________________________________________</w:t>
      </w:r>
    </w:p>
    <w:p>
      <w:r>
        <w:rPr>
          <w:b w:val="0"/>
          <w:sz w:val="20"/>
        </w:rPr>
        <w:t>Medicare Number: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p>
      <w:r>
        <w:rPr>
          <w:b/>
          <w:sz w:val="22"/>
        </w:rPr>
        <w:t>Referred To:</w:t>
      </w:r>
    </w:p>
    <w:p>
      <w:r>
        <w:rPr>
          <w:b w:val="0"/>
          <w:sz w:val="20"/>
        </w:rPr>
        <w:t>Specialist / Provider Name: __________________________________________</w:t>
      </w:r>
    </w:p>
    <w:p>
      <w:r>
        <w:rPr>
          <w:b w:val="0"/>
          <w:sz w:val="20"/>
        </w:rPr>
        <w:t>Provider Number (if applicable): ___________________________________</w:t>
      </w:r>
    </w:p>
    <w:p>
      <w:r>
        <w:rPr>
          <w:b w:val="0"/>
          <w:sz w:val="20"/>
        </w:rPr>
        <w:t>Practice Name / Service: 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Fax: _______________________________________________________________</w:t>
      </w:r>
    </w:p>
    <w:p>
      <w:r>
        <w:rPr>
          <w:b w:val="0"/>
          <w:sz w:val="20"/>
        </w:rPr>
        <w:t>Email: _____________________________________________________________</w:t>
      </w:r>
    </w:p>
    <w:p/>
    <w:p/>
    <w:p>
      <w:r>
        <w:rPr>
          <w:b/>
          <w:sz w:val="22"/>
        </w:rPr>
        <w:t>Reason for Referral:</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r>
        <w:rPr>
          <w:b/>
          <w:sz w:val="22"/>
        </w:rPr>
        <w:t>Clinical History and Findings: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r>
        <w:rPr>
          <w:b/>
          <w:sz w:val="22"/>
        </w:rPr>
        <w:t>Investigations and Results: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r>
        <w:rPr>
          <w:b/>
          <w:sz w:val="22"/>
        </w:rPr>
        <w:t>Current Medications: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r>
        <w:rPr>
          <w:b/>
          <w:sz w:val="22"/>
        </w:rPr>
        <w:t>Known Allergies:</w:t>
      </w:r>
    </w:p>
    <w:p>
      <w:r>
        <w:rPr>
          <w:b w:val="0"/>
          <w:sz w:val="20"/>
        </w:rPr>
        <w:t>__________________________________________________________________</w:t>
      </w:r>
    </w:p>
    <w:p>
      <w:r>
        <w:rPr>
          <w:b w:val="0"/>
          <w:sz w:val="20"/>
        </w:rPr>
        <w:t>__________________________________________________________________</w:t>
      </w:r>
    </w:p>
    <w:p/>
    <w:p>
      <w:r>
        <w:rPr>
          <w:b/>
          <w:sz w:val="22"/>
        </w:rPr>
        <w:t>Additional Information / Requests: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sz w:val="22"/>
        </w:rPr>
        <w:t>Urgency / Priority:</w:t>
      </w:r>
    </w:p>
    <w:p>
      <w:r>
        <w:rPr>
          <w:b w:val="0"/>
          <w:sz w:val="20"/>
        </w:rPr>
        <w:t>☐ Routine</w:t>
      </w:r>
    </w:p>
    <w:p>
      <w:r>
        <w:rPr>
          <w:b w:val="0"/>
          <w:sz w:val="20"/>
        </w:rPr>
        <w:t>☐ Urgent – within 7 days</w:t>
      </w:r>
    </w:p>
    <w:p>
      <w:r>
        <w:rPr>
          <w:b w:val="0"/>
          <w:sz w:val="20"/>
        </w:rPr>
        <w:t>☐ Semi-urgent – within 30 days</w:t>
      </w:r>
    </w:p>
    <w:p>
      <w:r>
        <w:rPr>
          <w:b w:val="0"/>
          <w:sz w:val="20"/>
        </w:rPr>
        <w:t>☐ Other (please specify): __________________________________________</w:t>
      </w:r>
    </w:p>
    <w:p/>
    <w:p/>
    <w:p>
      <w:r>
        <w:rPr>
          <w:b w:val="0"/>
          <w:sz w:val="20"/>
        </w:rPr>
        <w:t>I confirm that I have obtained the patient’s consent for this referral and the release of relevant clinical information to the referred provider. This referral and all associated clinical information shall be handled in accordance with the Privacy Act 1988 (Cth) and any applicable Australian privacy and health record legislation.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Referring Practitioner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Date: 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Provider Number: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https://legaltemplates-au.com/medical-referral-letter/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medical-referral-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