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FORMAL LETTER OF NOTICE</w:t>
      </w:r>
    </w:p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Email (if applicable): 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Email (if applicable): 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/>
    <w:p>
      <w:r>
        <w:rPr>
          <w:b/>
          <w:sz w:val="20"/>
        </w:rPr>
        <w:t>Subject:</w:t>
      </w:r>
    </w:p>
    <w:p>
      <w:r>
        <w:rPr>
          <w:b w:val="0"/>
          <w:sz w:val="20"/>
        </w:rPr>
        <w:t>Notice regarding: _________________________________________________</w:t>
      </w:r>
    </w:p>
    <w:p/>
    <w:p>
      <w:r>
        <w:rPr>
          <w:b w:val="0"/>
          <w:sz w:val="20"/>
        </w:rPr>
        <w:t>Dear Sir/Madam,</w:t>
      </w:r>
    </w:p>
    <w:p/>
    <w:p>
      <w:r>
        <w:rPr>
          <w:b/>
          <w:sz w:val="20"/>
        </w:rPr>
        <w:t>1. Purpose of Notice</w:t>
      </w:r>
    </w:p>
    <w:p>
      <w:r>
        <w:rPr>
          <w:b w:val="0"/>
          <w:sz w:val="20"/>
        </w:rPr>
        <w:t>This letter serves as a formal notice pursuant to the applicable laws of Australia to inform you of the following matter requiring your attention in accordance with contractual or statutory obligations.</w:t>
      </w:r>
    </w:p>
    <w:p/>
    <w:p>
      <w:r>
        <w:rPr>
          <w:b/>
          <w:sz w:val="20"/>
        </w:rPr>
        <w:t>2. Description of Issue or Breach</w:t>
      </w:r>
    </w:p>
    <w:p>
      <w:r>
        <w:rPr>
          <w:b w:val="0"/>
          <w:sz w:val="20"/>
        </w:rPr>
        <w:t>The notice relates to the following issue(s):</w:t>
        <w:br/>
        <w:t>- _____________________________________________________________________</w:t>
        <w:br/>
        <w:t>- _____________________________________________________________________</w:t>
        <w:br/>
        <w:t>- _____________________________________________________________________</w:t>
      </w:r>
    </w:p>
    <w:p/>
    <w:p>
      <w:r>
        <w:rPr>
          <w:b/>
          <w:sz w:val="20"/>
        </w:rPr>
        <w:t>3. Reference to Relevant Contractual or Legal Provisions</w:t>
      </w:r>
    </w:p>
    <w:p>
      <w:r>
        <w:rPr>
          <w:b w:val="0"/>
          <w:sz w:val="20"/>
        </w:rPr>
        <w:t>This notice is issued in accordance with the provisions contained in:</w:t>
        <w:br/>
        <w:t>- Contract Clause(s): __________________________________________________</w:t>
        <w:br/>
        <w:t>- Relevant Statutes or Regulations: ____________________________________</w:t>
      </w:r>
    </w:p>
    <w:p/>
    <w:p>
      <w:r>
        <w:rPr>
          <w:b/>
          <w:sz w:val="20"/>
        </w:rPr>
        <w:t>4. Required Actions by Recipient</w:t>
      </w:r>
    </w:p>
    <w:p>
      <w:r>
        <w:rPr>
          <w:b w:val="0"/>
          <w:sz w:val="20"/>
        </w:rPr>
        <w:t>You are hereby required to:</w:t>
        <w:br/>
        <w:t>- Remedy or rectify the above-mentioned issue(s) within __________________ (reasonable period)</w:t>
        <w:br/>
        <w:t>- Provide a written response addressing the matter no later than __________________</w:t>
        <w:br/>
        <w:t>- Cease any actions that are in breach of the agreement or law immediately</w:t>
      </w:r>
    </w:p>
    <w:p/>
    <w:p>
      <w:r>
        <w:rPr>
          <w:b/>
          <w:sz w:val="20"/>
        </w:rPr>
        <w:t>5. Consequences of Non-Compliance</w:t>
      </w:r>
    </w:p>
    <w:p>
      <w:r>
        <w:rPr>
          <w:b w:val="0"/>
          <w:sz w:val="20"/>
        </w:rPr>
        <w:t>Please be advised that failure to comply with this notice within the specified timeframe may result in the enforcement of legal remedies including but not limited to:</w:t>
        <w:br/>
        <w:t>- Termination of contract</w:t>
        <w:br/>
        <w:t>- Claims for damages or compensation</w:t>
        <w:br/>
        <w:t>- Initiation of legal proceedings</w:t>
      </w:r>
    </w:p>
    <w:p/>
    <w:p>
      <w:r>
        <w:rPr>
          <w:b/>
          <w:sz w:val="20"/>
        </w:rPr>
        <w:t>6. Reservation of Rights</w:t>
      </w:r>
    </w:p>
    <w:p>
      <w:r>
        <w:rPr>
          <w:b w:val="0"/>
          <w:sz w:val="20"/>
        </w:rPr>
        <w:t>Nothing in this notice shall be construed as a waiver of any rights or remedies available to the sender under the applicable law or contract, all of which are expressly reserved.</w:t>
      </w:r>
    </w:p>
    <w:p/>
    <w:p>
      <w:r>
        <w:rPr>
          <w:b/>
          <w:sz w:val="20"/>
        </w:rPr>
        <w:t>7. Contact Information for Further Communication</w:t>
      </w:r>
    </w:p>
    <w:p>
      <w:r>
        <w:rPr>
          <w:b w:val="0"/>
          <w:sz w:val="20"/>
        </w:rPr>
        <w:t>All communications regarding this matter should be directed to:</w:t>
        <w:br/>
        <w:t>Name: ________________________________________________________________</w:t>
        <w:br/>
        <w:t>Position/Role: _________________________________________________________</w:t>
        <w:br/>
        <w:t>Phone: _______________________________________________________________</w:t>
        <w:br/>
        <w:t>Email: _______________________________________________________________</w:t>
      </w:r>
    </w:p>
    <w:p/>
    <w:p/>
    <w:p>
      <w:r>
        <w:rPr>
          <w:b w:val="0"/>
          <w:sz w:val="20"/>
        </w:rPr>
        <w:t>Yours faithfully,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https://legaltemplates-au.com/letter-of-notice/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letter-of-notice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