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GP REFERRAL LETTER</w:t>
      </w:r>
    </w:p>
    <w:p/>
    <w:p/>
    <w:p>
      <w:r>
        <w:rPr>
          <w:b/>
          <w:sz w:val="20"/>
        </w:rPr>
        <w:t>Referring General Practitioner Practice Information:</w:t>
      </w:r>
    </w:p>
    <w:p>
      <w:r>
        <w:rPr>
          <w:b w:val="0"/>
          <w:sz w:val="20"/>
        </w:rPr>
        <w:t>Practice Name: _______________________________________________________</w:t>
      </w:r>
    </w:p>
    <w:p>
      <w:r>
        <w:rPr>
          <w:b w:val="0"/>
          <w:sz w:val="20"/>
        </w:rPr>
        <w:t>GP Name: ____________________________________________________________</w:t>
      </w:r>
    </w:p>
    <w:p>
      <w:r>
        <w:rPr>
          <w:b w:val="0"/>
          <w:sz w:val="20"/>
        </w:rPr>
        <w:t>Provider Number: 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Fax: _________________________________________________________________</w:t>
      </w:r>
    </w:p>
    <w:p>
      <w:r>
        <w:rPr>
          <w:b w:val="0"/>
          <w:sz w:val="20"/>
        </w:rPr>
        <w:t>Email: _______________________________________________________________</w:t>
      </w:r>
    </w:p>
    <w:p/>
    <w:p/>
    <w:p>
      <w:r>
        <w:rPr>
          <w:b/>
          <w:sz w:val="20"/>
        </w:rPr>
        <w:t>Referred Specialist Information:</w:t>
      </w:r>
    </w:p>
    <w:p>
      <w:r>
        <w:rPr>
          <w:b w:val="0"/>
          <w:sz w:val="20"/>
        </w:rPr>
        <w:t>Specialist Name: _____________________________________________________</w:t>
      </w:r>
    </w:p>
    <w:p>
      <w:r>
        <w:rPr>
          <w:b w:val="0"/>
          <w:sz w:val="20"/>
        </w:rPr>
        <w:t>Specialty: 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Fax: _________________________________________________________________</w:t>
      </w:r>
    </w:p>
    <w:p>
      <w:r>
        <w:rPr>
          <w:b w:val="0"/>
          <w:sz w:val="20"/>
        </w:rPr>
        <w:t>Email: _______________________________________________________________</w:t>
      </w:r>
    </w:p>
    <w:p/>
    <w:p/>
    <w:p>
      <w:r>
        <w:rPr>
          <w:b/>
          <w:sz w:val="20"/>
        </w:rPr>
        <w:t>Patient Information:</w:t>
      </w:r>
    </w:p>
    <w:p>
      <w:r>
        <w:rPr>
          <w:b w:val="0"/>
          <w:sz w:val="20"/>
        </w:rPr>
        <w:t>Full Name: ___________________________________________________________</w:t>
      </w:r>
    </w:p>
    <w:p>
      <w:r>
        <w:rPr>
          <w:b w:val="0"/>
          <w:sz w:val="20"/>
        </w:rPr>
        <w:t>Date of Birth: _______________________________________________________</w:t>
      </w:r>
    </w:p>
    <w:p>
      <w:r>
        <w:rPr>
          <w:b w:val="0"/>
          <w:sz w:val="20"/>
        </w:rPr>
        <w:t>Medicare Number: 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p>
      <w:r>
        <w:rPr>
          <w:b/>
          <w:sz w:val="20"/>
        </w:rPr>
        <w:t>Referral Details:</w:t>
      </w:r>
    </w:p>
    <w:p>
      <w:r>
        <w:rPr>
          <w:b w:val="0"/>
          <w:sz w:val="20"/>
        </w:rPr>
        <w:t>Reason for Referral:</w:t>
      </w:r>
    </w:p>
    <w:p>
      <w:r>
        <w:rPr>
          <w:b w:val="0"/>
          <w:sz w:val="20"/>
        </w:rPr>
        <w:t>______________________________________________________________________</w:t>
      </w:r>
    </w:p>
    <w:p>
      <w:r>
        <w:rPr>
          <w:b w:val="0"/>
          <w:sz w:val="20"/>
        </w:rPr>
        <w:t>______________________________________________________________________</w:t>
      </w:r>
    </w:p>
    <w:p>
      <w:r>
        <w:rPr>
          <w:b w:val="0"/>
          <w:sz w:val="20"/>
        </w:rPr>
        <w:t>Relevant Clinical History:</w:t>
      </w:r>
    </w:p>
    <w:p>
      <w:r>
        <w:rPr>
          <w:b w:val="0"/>
          <w:sz w:val="20"/>
        </w:rPr>
        <w:t>______________________________________________________________________</w:t>
      </w:r>
    </w:p>
    <w:p>
      <w:r>
        <w:rPr>
          <w:b w:val="0"/>
          <w:sz w:val="20"/>
        </w:rPr>
        <w:t>______________________________________________________________________</w:t>
      </w:r>
    </w:p>
    <w:p>
      <w:r>
        <w:rPr>
          <w:b w:val="0"/>
          <w:sz w:val="20"/>
        </w:rPr>
        <w:t>Current Medications:</w:t>
      </w:r>
    </w:p>
    <w:p>
      <w:r>
        <w:rPr>
          <w:b w:val="0"/>
          <w:sz w:val="20"/>
        </w:rPr>
        <w:t>______________________________________________________________________</w:t>
      </w:r>
    </w:p>
    <w:p>
      <w:r>
        <w:rPr>
          <w:b w:val="0"/>
          <w:sz w:val="20"/>
        </w:rPr>
        <w:t>______________________________________________________________________</w:t>
      </w:r>
    </w:p>
    <w:p>
      <w:r>
        <w:rPr>
          <w:b w:val="0"/>
          <w:sz w:val="20"/>
        </w:rPr>
        <w:t>Allergies and Adverse Reactions:</w:t>
      </w:r>
    </w:p>
    <w:p>
      <w:r>
        <w:rPr>
          <w:b w:val="0"/>
          <w:sz w:val="20"/>
        </w:rPr>
        <w:t>______________________________________________________________________</w:t>
      </w:r>
    </w:p>
    <w:p>
      <w:r>
        <w:rPr>
          <w:b w:val="0"/>
          <w:sz w:val="20"/>
        </w:rPr>
        <w:t>______________________________________________________________________</w:t>
      </w:r>
    </w:p>
    <w:p>
      <w:r>
        <w:rPr>
          <w:b w:val="0"/>
          <w:sz w:val="20"/>
        </w:rPr>
        <w:t>Investigations and Results Attached:</w:t>
      </w:r>
    </w:p>
    <w:p>
      <w:r>
        <w:rPr>
          <w:b w:val="0"/>
          <w:sz w:val="20"/>
        </w:rPr>
        <w:t>______________________________________________________________________</w:t>
      </w:r>
    </w:p>
    <w:p>
      <w:r>
        <w:rPr>
          <w:b w:val="0"/>
          <w:sz w:val="20"/>
        </w:rPr>
        <w:t>______________________________________________________________________</w:t>
      </w:r>
    </w:p>
    <w:p/>
    <w:p/>
    <w:p>
      <w:r>
        <w:rPr>
          <w:b/>
          <w:sz w:val="20"/>
        </w:rPr>
        <w:t>GP Declaration and Consent:</w:t>
      </w:r>
    </w:p>
    <w:p>
      <w:r>
        <w:rPr>
          <w:b w:val="0"/>
          <w:sz w:val="20"/>
        </w:rPr>
        <w:t>I, the undersigned General Practitioner, hereby refer the above-named patient for specialist consultation and/or management. I confirm that I have obtained informed consent from the patient for this referral and the sharing of relevant clinical information. I declare that this referral complies with the legal and ethical requirements under Australian law and the Medicare Benefits Schedule.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Referring GP Signature</w:t>
            </w:r>
          </w:p>
        </w:tc>
        <w:tc>
          <w:tcPr>
            <w:tcW w:type="dxa" w:w="4986"/>
            <w:tcBorders>
              <w:top w:val="nil"/>
              <w:left w:val="nil"/>
              <w:bottom w:val="nil"/>
              <w:right w:val="nil"/>
              <w:insideH w:val="nil"/>
              <w:insideV w:val="nil"/>
            </w:tcBorders>
          </w:tcPr>
          <w:p>
            <w:pPr>
              <w:jc w:val="center"/>
            </w:pPr>
            <w:r>
              <w:t>Patient Signature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Date: __________________</w:t>
            </w:r>
          </w:p>
        </w:tc>
        <w:tc>
          <w:tcPr>
            <w:tcW w:type="dxa" w:w="4986"/>
            <w:tcBorders>
              <w:top w:val="nil"/>
              <w:left w:val="nil"/>
              <w:bottom w:val="nil"/>
              <w:right w:val="nil"/>
              <w:insideH w:val="nil"/>
              <w:insideV w:val="nil"/>
            </w:tcBorders>
          </w:tcPr>
          <w:p>
            <w:pPr>
              <w:jc w:val="center"/>
            </w:pPr>
            <w:r>
              <w:t>Name: ________________________________</w:t>
              <w:br/>
              <w:t>Date: __________________</w:t>
            </w:r>
          </w:p>
        </w:tc>
      </w:tr>
    </w:tbl>
    <w:p/>
    <w:p/>
    <w:p>
      <w:r>
        <w:rPr>
          <w:b/>
          <w:sz w:val="20"/>
        </w:rPr>
        <w:t>Privacy and Confidentiality Notice:</w:t>
      </w:r>
    </w:p>
    <w:p>
      <w:r>
        <w:rPr>
          <w:b w:val="0"/>
          <w:sz w:val="20"/>
        </w:rPr>
        <w:t>This referral letter contains confidential clinical information intended solely for the use of the recipient specialist and healthcare team. The information is protected under the Privacy Act 1988 (Cth) and other relevant Australian legislation. Unauthorized use, disclosure, or copying of this document is prohibited. If you have received this letter in error, please notify the sender immediately and delete all copies.</w:t>
      </w:r>
    </w:p>
    <w:p/>
    <w:p>
      <w:r>
        <w:rPr>
          <w:b/>
          <w:sz w:val="20"/>
        </w:rPr>
        <w:t>Disclaimer:</w:t>
      </w:r>
    </w:p>
    <w:p>
      <w:r>
        <w:rPr>
          <w:b w:val="0"/>
          <w:sz w:val="20"/>
        </w:rPr>
        <w:t>This referral is issued based on the information available at the time of writing. It does not replace independent clinical judgement or assessment by the specialist. The referring GP and patient acknowledge that the specialist's management decisions are independent and that the GP is responsible for ongoing care coordination.</w:t>
      </w:r>
    </w:p>
    <w:p/>
    <w:p>
      <w:r>
        <w:rPr>
          <w:b/>
          <w:sz w:val="20"/>
        </w:rPr>
        <w:t>Clinical Urgency and Appointment Request:</w:t>
      </w:r>
    </w:p>
    <w:p>
      <w:r>
        <w:rPr>
          <w:b w:val="0"/>
          <w:sz w:val="20"/>
        </w:rPr>
        <w:t>Clinical Urgency: ____________________________________________________</w:t>
      </w:r>
    </w:p>
    <w:p>
      <w:r>
        <w:rPr>
          <w:b w:val="0"/>
          <w:sz w:val="20"/>
        </w:rPr>
        <w:t>Requested Appointment Timeframe: _____________________________________</w:t>
      </w:r>
    </w:p>
    <w:p/>
    <w:p>
      <w:r>
        <w:rPr>
          <w:b/>
          <w:sz w:val="20"/>
        </w:rPr>
        <w:t>Additional Information or Instructions:</w:t>
      </w:r>
    </w:p>
    <w:p>
      <w:r>
        <w:rPr>
          <w:b w:val="0"/>
          <w:sz w:val="20"/>
        </w:rPr>
        <w:t>______________________________________________________________________</w:t>
      </w:r>
    </w:p>
    <w:p>
      <w:r>
        <w:rPr>
          <w:b w:val="0"/>
          <w:sz w:val="20"/>
        </w:rPr>
        <w:t>______________________________________________________________________</w:t>
      </w:r>
    </w:p>
    <w:p>
      <w:r>
        <w:rPr>
          <w:b w:val="0"/>
          <w:sz w:val="20"/>
        </w:rPr>
        <w:t>______________________________________________________________________</w:t>
      </w:r>
    </w:p>
    <w:p/>
    <w:p/>
    <w:p>
      <w:r>
        <w:rPr>
          <w:b w:val="0"/>
          <w:sz w:val="20"/>
        </w:rPr>
        <w:t>Thank you for your attention to this referral. Please contact the referring GP practice for any further information or clarification required.</w:t>
      </w:r>
    </w:p>
    <w:p/>
    <w:p/>
    <w:p>
      <w:r>
        <w:rPr>
          <w:b/>
          <w:sz w:val="20"/>
        </w:rPr>
        <w:t>Referring GP Contact Confirmation:</w:t>
      </w:r>
    </w:p>
    <w:p>
      <w:r>
        <w:rPr>
          <w:b w:val="0"/>
          <w:sz w:val="20"/>
        </w:rPr>
        <w:t>I confirm that the above contact details are accurate and that the patient has been advised to attend the specialist appointment as arranged.</w:t>
      </w:r>
    </w:p>
    <w:p/>
    <w:p/>
    <w:p>
      <w:r>
        <w:br w:type="page"/>
      </w:r>
    </w:p>
    <w:p>
      <w:pPr>
        <w:jc w:val="center"/>
      </w:pPr>
      <w:r>
        <w:rPr>
          <w:color w:val="555555"/>
          <w:sz w:val="24"/>
        </w:rPr>
        <w:t>Original source of this document:</w:t>
      </w:r>
    </w:p>
    <w:p>
      <w:pPr>
        <w:jc w:val="center"/>
      </w:pPr>
      <w:hyperlink r:id="rId9">
        <w:r>
          <w:rPr>
            <w:color w:val="0000FF"/>
            <w:u w:val="single"/>
          </w:rPr>
          <w:t>https://legaltemplates-au.com/gp-referral-letter/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https://legaltemplates-au.com</w:t>
        </w:r>
      </w:hyperlink>
    </w:p>
    <w:p>
      <w:pPr>
        <w:jc w:val="center"/>
      </w:pPr>
      <w:r>
        <w:rPr>
          <w:color w:val="808080"/>
          <w:sz w:val="20"/>
        </w:rPr>
        <w:t>This template is intended exclusively for personal, non-commercial use.</w:t>
        <w:br/>
        <w:t>If distributed or published, the source must be mentioned. © legaltemplates-au.com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au.com/gp-referral-letter/" TargetMode="External"/><Relationship Id="rId10" Type="http://schemas.openxmlformats.org/officeDocument/2006/relationships/hyperlink" Target="https://legaltemplate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