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FORMAL COMPLAINT LETTER</w:t>
      </w:r>
    </w:p>
    <w:p/>
    <w:p/>
    <w:p>
      <w:r>
        <w:rPr>
          <w:b/>
          <w:sz w:val="20"/>
        </w:rPr>
        <w:t>Sender's Details:</w:t>
      </w:r>
    </w:p>
    <w:p>
      <w:r>
        <w:rPr>
          <w:b w:val="0"/>
          <w:sz w:val="20"/>
        </w:rPr>
        <w:t>Full Name: 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</w:t>
      </w:r>
    </w:p>
    <w:p/>
    <w:p>
      <w:r>
        <w:rPr>
          <w:b/>
          <w:sz w:val="20"/>
        </w:rPr>
        <w:t>Recipient's Details:</w:t>
      </w:r>
    </w:p>
    <w:p>
      <w:r>
        <w:rPr>
          <w:b w:val="0"/>
          <w:sz w:val="20"/>
        </w:rPr>
        <w:t>Company/Organisation Name: _______________________________________________</w:t>
      </w:r>
    </w:p>
    <w:p>
      <w:r>
        <w:rPr>
          <w:b w:val="0"/>
          <w:sz w:val="20"/>
        </w:rPr>
        <w:t>Contact Person (if known): 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</w:t>
      </w:r>
    </w:p>
    <w:p/>
    <w:p/>
    <w:p>
      <w:r>
        <w:rPr>
          <w:b/>
          <w:sz w:val="20"/>
        </w:rPr>
        <w:t>Subject:</w:t>
      </w:r>
    </w:p>
    <w:p>
      <w:r>
        <w:rPr>
          <w:b w:val="0"/>
          <w:sz w:val="20"/>
        </w:rPr>
        <w:t>Formal Complaint Regarding _______________________________________________</w:t>
      </w:r>
    </w:p>
    <w:p/>
    <w:p/>
    <w:p>
      <w:r>
        <w:rPr>
          <w:b w:val="0"/>
          <w:sz w:val="20"/>
        </w:rPr>
        <w:t>Dear Sir/Madam,</w:t>
      </w:r>
    </w:p>
    <w:p/>
    <w:p>
      <w:r>
        <w:rPr>
          <w:b w:val="0"/>
          <w:sz w:val="20"/>
        </w:rPr>
        <w:t>I am writing to formally raise a complaint concerning the following matter: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>
      <w:r>
        <w:rPr>
          <w:b/>
          <w:sz w:val="20"/>
        </w:rPr>
        <w:t>Details of the Complaint:</w:t>
      </w:r>
    </w:p>
    <w:p>
      <w:r>
        <w:rPr>
          <w:b/>
          <w:sz w:val="20"/>
        </w:rPr>
        <w:t>1. Description of Issue: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>
      <w:r>
        <w:rPr>
          <w:b/>
          <w:sz w:val="20"/>
        </w:rPr>
        <w:t>2. Date(s) on which issue(s) occurred: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>
      <w:r>
        <w:rPr>
          <w:b/>
          <w:sz w:val="20"/>
        </w:rPr>
        <w:t>3. Previous Attempts to Resolve:</w:t>
      </w:r>
    </w:p>
    <w:p>
      <w:r>
        <w:rPr>
          <w:b w:val="0"/>
          <w:sz w:val="20"/>
        </w:rPr>
        <w:t>Please detail any previous correspondence, conversations, or attempts to resolve this matter.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>
      <w:r>
        <w:rPr>
          <w:b/>
          <w:sz w:val="20"/>
        </w:rPr>
        <w:t>Impact of Issue:</w:t>
      </w:r>
    </w:p>
    <w:p>
      <w:r>
        <w:rPr>
          <w:b w:val="0"/>
          <w:sz w:val="20"/>
        </w:rPr>
        <w:t>Briefly describe how this issue has affected you, including any financial loss, inconvenience, or distress caused.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>
      <w:r>
        <w:rPr>
          <w:b/>
          <w:sz w:val="20"/>
        </w:rPr>
        <w:t>Desired Resolution:</w:t>
      </w:r>
    </w:p>
    <w:p>
      <w:r>
        <w:rPr>
          <w:b w:val="0"/>
          <w:sz w:val="20"/>
        </w:rPr>
        <w:t>Please state what action you expect the recipient to take to resolve the complaint.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/>
    <w:p>
      <w:r>
        <w:rPr>
          <w:b/>
          <w:sz w:val="20"/>
        </w:rPr>
        <w:t>Legal Rights and Obligations:</w:t>
      </w:r>
    </w:p>
    <w:p>
      <w:r>
        <w:rPr>
          <w:b w:val="0"/>
          <w:sz w:val="20"/>
        </w:rPr>
        <w:t>This complaint is made in accordance with applicable Australian consumer protection laws, including but not limited to the Australian Consumer Law (Schedule 2 of the Competition and Consumer Act 2010). I reserve all my legal rights under Australian law, including the right to escalate this matter to appropriate regulatory or dispute resolution bodies should this complaint not be resolved satisfactorily within a reasonable timeframe.</w:t>
      </w:r>
    </w:p>
    <w:p/>
    <w:p/>
    <w:p>
      <w:r>
        <w:rPr>
          <w:b w:val="0"/>
          <w:sz w:val="20"/>
        </w:rPr>
        <w:t>I trust that this matter will be given the urgent attention it deserves, and I look forward to your prompt response.</w:t>
      </w:r>
    </w:p>
    <w:p/>
    <w:p/>
    <w:p>
      <w:r>
        <w:rPr>
          <w:b w:val="0"/>
          <w:sz w:val="20"/>
        </w:rPr>
        <w:t>Yours faithfully,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Full Name: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Date: ________________________________</w:t>
            </w:r>
          </w:p>
        </w:tc>
      </w:tr>
    </w:tbl>
    <w:p/>
    <w:p/>
    <w:p>
      <w:r>
        <w:rPr>
          <w:b/>
          <w:sz w:val="20"/>
        </w:rPr>
        <w:t>Enclosures:</w:t>
      </w:r>
    </w:p>
    <w:p>
      <w:r>
        <w:rPr>
          <w:b w:val="0"/>
          <w:sz w:val="20"/>
        </w:rPr>
        <w:t>Please find attached copies of relevant documents supporting this complaint:</w:t>
      </w:r>
    </w:p>
    <w:p>
      <w:r>
        <w:rPr>
          <w:b w:val="0"/>
          <w:sz w:val="20"/>
        </w:rPr>
        <w:t>- ____________________________________________________________</w:t>
      </w:r>
    </w:p>
    <w:p>
      <w:r>
        <w:rPr>
          <w:b w:val="0"/>
          <w:sz w:val="20"/>
        </w:rPr>
        <w:t>- ____________________________________________________________</w:t>
      </w:r>
    </w:p>
    <w:p>
      <w:r>
        <w:rPr>
          <w:b w:val="0"/>
          <w:sz w:val="20"/>
        </w:rPr>
        <w:t>- ____________________________________________________________</w:t>
      </w:r>
    </w:p>
    <w:p/>
    <w:p>
      <w:r>
        <w:rPr>
          <w:b/>
          <w:sz w:val="20"/>
        </w:rPr>
        <w:t>Contact for Follow-up:</w:t>
      </w:r>
    </w:p>
    <w:p>
      <w:r>
        <w:rPr>
          <w:b w:val="0"/>
          <w:sz w:val="20"/>
        </w:rPr>
        <w:t>Please contact me at the above contact details should you require any further information.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https://legaltemplates-au.com/formal-complaint-letter/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au.com/formal-complaint-letter/" TargetMode="External"/><Relationship Id="rId10" Type="http://schemas.openxmlformats.org/officeDocument/2006/relationships/hyperlink" Target="https://legaltemplate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