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EQUIPMENT LEASE AGREEMENT</w:t>
      </w:r>
    </w:p>
    <w:p/>
    <w:p>
      <w:r>
        <w:rPr>
          <w:b/>
          <w:sz w:val="20"/>
        </w:rPr>
        <w:t>Lessor Information:</w:t>
      </w:r>
    </w:p>
    <w:p>
      <w:r>
        <w:rPr>
          <w:b w:val="0"/>
          <w:sz w:val="20"/>
        </w:rPr>
        <w:t>Full Name/Company: __________________________________________________</w:t>
      </w:r>
    </w:p>
    <w:p>
      <w:r>
        <w:rPr>
          <w:b w:val="0"/>
          <w:sz w:val="20"/>
        </w:rPr>
        <w:t>ABN (if applicable):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Lessee Information:</w:t>
      </w:r>
    </w:p>
    <w:p>
      <w:r>
        <w:rPr>
          <w:b w:val="0"/>
          <w:sz w:val="20"/>
        </w:rPr>
        <w:t>Full Name/Company: __________________________________________________</w:t>
      </w:r>
    </w:p>
    <w:p>
      <w:r>
        <w:rPr>
          <w:b w:val="0"/>
          <w:sz w:val="20"/>
        </w:rPr>
        <w:t>ABN (if applicable):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Equipment Details:</w:t>
      </w:r>
    </w:p>
    <w:p>
      <w:r>
        <w:rPr>
          <w:b w:val="0"/>
          <w:sz w:val="20"/>
        </w:rPr>
        <w:t>Description: _________________________________________________________</w:t>
      </w:r>
    </w:p>
    <w:p>
      <w:r>
        <w:rPr>
          <w:b w:val="0"/>
          <w:sz w:val="20"/>
        </w:rPr>
        <w:t>Make/Model: _________________________________________________________</w:t>
      </w:r>
    </w:p>
    <w:p>
      <w:r>
        <w:rPr>
          <w:b w:val="0"/>
          <w:sz w:val="20"/>
        </w:rPr>
        <w:t>Serial Number: _______________________________________________________</w:t>
      </w:r>
    </w:p>
    <w:p>
      <w:r>
        <w:rPr>
          <w:b w:val="0"/>
          <w:sz w:val="20"/>
        </w:rPr>
        <w:t>Condition: ___________________________________________________________</w:t>
      </w:r>
    </w:p>
    <w:p>
      <w:r>
        <w:rPr>
          <w:b w:val="0"/>
          <w:sz w:val="20"/>
        </w:rPr>
        <w:t>Location of Equipment: _______________________________________________</w:t>
      </w:r>
    </w:p>
    <w:p/>
    <w:p>
      <w:r>
        <w:rPr>
          <w:b/>
          <w:sz w:val="20"/>
        </w:rPr>
        <w:t>Lease Term:</w:t>
      </w:r>
    </w:p>
    <w:p>
      <w:r>
        <w:rPr>
          <w:b w:val="0"/>
          <w:sz w:val="20"/>
        </w:rPr>
        <w:t>Commencement Date: _________________________________________________</w:t>
      </w:r>
    </w:p>
    <w:p>
      <w:r>
        <w:rPr>
          <w:b w:val="0"/>
          <w:sz w:val="20"/>
        </w:rPr>
        <w:t>Lease Duration: _____________________________________________________</w:t>
      </w:r>
    </w:p>
    <w:p>
      <w:r>
        <w:rPr>
          <w:b w:val="0"/>
          <w:sz w:val="20"/>
        </w:rPr>
        <w:t>Expiration Date: _____________________________________________________</w:t>
      </w:r>
    </w:p>
    <w:p/>
    <w:p>
      <w:r>
        <w:rPr>
          <w:b/>
          <w:sz w:val="20"/>
        </w:rPr>
        <w:t>Rent and Payment Terms:</w:t>
      </w:r>
    </w:p>
    <w:p>
      <w:r>
        <w:rPr>
          <w:b w:val="0"/>
          <w:sz w:val="20"/>
        </w:rPr>
        <w:t>Lease Rent: __________________ AUD</w:t>
      </w:r>
    </w:p>
    <w:p>
      <w:r>
        <w:rPr>
          <w:b w:val="0"/>
          <w:sz w:val="20"/>
        </w:rPr>
        <w:t>Payment Frequency (e.g. weekly, monthly): ____________________________</w:t>
      </w:r>
    </w:p>
    <w:p>
      <w:r>
        <w:rPr>
          <w:b w:val="0"/>
          <w:sz w:val="20"/>
        </w:rPr>
        <w:t>Method of Payment: _________________________________________________</w:t>
      </w:r>
    </w:p>
    <w:p>
      <w:r>
        <w:rPr>
          <w:b w:val="0"/>
          <w:sz w:val="20"/>
        </w:rPr>
        <w:t>Security Deposit (if any): __________________ AUD</w:t>
      </w:r>
    </w:p>
    <w:p>
      <w:r>
        <w:rPr>
          <w:b w:val="0"/>
          <w:sz w:val="20"/>
        </w:rPr>
        <w:t>Late Payment Fees (if any): ________________________________________</w:t>
      </w:r>
    </w:p>
    <w:p/>
    <w:p>
      <w:r>
        <w:rPr>
          <w:b/>
          <w:sz w:val="20"/>
        </w:rPr>
        <w:t>Use of Equipment:</w:t>
      </w:r>
    </w:p>
    <w:p>
      <w:r>
        <w:rPr>
          <w:b w:val="0"/>
          <w:sz w:val="20"/>
        </w:rPr>
        <w:t>The Lessee shall use the Equipment solely for lawful business purposes and in a careful and proper manner, consistent with the manufacturer's instructions and recommendations. The Lessee shall not make any alterations or modifications without the prior written consent of the Lessor.</w:t>
      </w:r>
    </w:p>
    <w:p/>
    <w:p>
      <w:r>
        <w:rPr>
          <w:b/>
          <w:sz w:val="20"/>
        </w:rPr>
        <w:t>Maintenance and Repairs:</w:t>
      </w:r>
    </w:p>
    <w:p>
      <w:r>
        <w:rPr>
          <w:b w:val="0"/>
          <w:sz w:val="20"/>
        </w:rPr>
        <w:t>The Lessee shall maintain the Equipment in good working order and condition, reasonable wear and tear excepted. The Lessee shall be responsible for all routine maintenance and minor repairs. Any major repairs or replacements must be approved in writing by the Lessor. The Lessee shall promptly notify the Lessor of any damage or malfunction.</w:t>
      </w:r>
    </w:p>
    <w:p/>
    <w:p>
      <w:r>
        <w:rPr>
          <w:b/>
          <w:sz w:val="20"/>
        </w:rPr>
        <w:t>Inspection:</w:t>
      </w:r>
    </w:p>
    <w:p>
      <w:r>
        <w:rPr>
          <w:b w:val="0"/>
          <w:sz w:val="20"/>
        </w:rPr>
        <w:t>The Lessor or its agents shall have the right to inspect the Equipment during reasonable hours upon providing reasonable notice to the Lessee.</w:t>
      </w:r>
    </w:p>
    <w:p/>
    <w:p>
      <w:r>
        <w:rPr>
          <w:b/>
          <w:sz w:val="20"/>
        </w:rPr>
        <w:t>Insurance:</w:t>
      </w:r>
    </w:p>
    <w:p>
      <w:r>
        <w:rPr>
          <w:b w:val="0"/>
          <w:sz w:val="20"/>
        </w:rPr>
        <w:t>The Lessee shall maintain adequate insurance coverage for the Equipment against loss, theft, damage, or destruction, naming the Lessor as an interested party. Proof of such insurance shall be provided to the Lessor upon request.</w:t>
      </w:r>
    </w:p>
    <w:p/>
    <w:p>
      <w:r>
        <w:rPr>
          <w:b/>
          <w:sz w:val="20"/>
        </w:rPr>
        <w:t>Liability and Indemnity:</w:t>
      </w:r>
    </w:p>
    <w:p>
      <w:r>
        <w:rPr>
          <w:b w:val="0"/>
          <w:sz w:val="20"/>
        </w:rPr>
        <w:t>The Lessee assumes all risk of loss or damage to the Equipment from any cause. The Lessee shall indemnify and hold harmless the Lessor from any claims, damages, liabilities, or expenses arising from the Lessee's use, possession, or operation of the Equipment, except to the extent caused by the Lessor's negligence or willful misconduct.</w:t>
      </w:r>
    </w:p>
    <w:p/>
    <w:p>
      <w:r>
        <w:rPr>
          <w:b/>
          <w:sz w:val="20"/>
        </w:rPr>
        <w:t>Termination:</w:t>
      </w:r>
    </w:p>
    <w:p>
      <w:r>
        <w:rPr>
          <w:b w:val="0"/>
          <w:sz w:val="20"/>
        </w:rPr>
        <w:t>Either party may terminate this Agreement by providing written notice to the other party at least ______ days prior to the intended termination date. Upon termination, the Lessee shall return the Equipment to the Lessor in the same condition as received, reasonable wear and tear excepted.</w:t>
      </w:r>
    </w:p>
    <w:p/>
    <w:p>
      <w:r>
        <w:rPr>
          <w:b/>
          <w:sz w:val="20"/>
        </w:rPr>
        <w:t>Default:</w:t>
      </w:r>
    </w:p>
    <w:p>
      <w:r>
        <w:rPr>
          <w:b w:val="0"/>
          <w:sz w:val="20"/>
        </w:rPr>
        <w:t>If the Lessee fails to perform any obligation under this Agreement, including failure to pay rent when due, the Lessor may terminate this Agreement immediately and retake possession of the Equipment without prejudice to any other rights or remedies.</w:t>
      </w:r>
    </w:p>
    <w:p/>
    <w:p>
      <w:r>
        <w:rPr>
          <w:b/>
          <w:sz w:val="20"/>
        </w:rPr>
        <w:t>Governing Law:</w:t>
      </w:r>
    </w:p>
    <w:p>
      <w:r>
        <w:rPr>
          <w:b w:val="0"/>
          <w:sz w:val="20"/>
        </w:rPr>
        <w:t>This Agreement shall be governed by and construed in accordance with the laws of the Commonwealth of Australia and the State or Territory in which the Equipment is principally located.</w:t>
      </w:r>
    </w:p>
    <w:p/>
    <w:p>
      <w:r>
        <w:rPr>
          <w:b/>
          <w:sz w:val="20"/>
        </w:rPr>
        <w:t>Dispute Resolution:</w:t>
      </w:r>
    </w:p>
    <w:p>
      <w:r>
        <w:rPr>
          <w:b w:val="0"/>
          <w:sz w:val="20"/>
        </w:rPr>
        <w:t>The parties agree to attempt to resolve any dispute arising out of or in connection with this Agreement through good faith negotiation. If unresolved, the dispute shall be referred to mediation before any court proceedings may be initiated.</w:t>
      </w:r>
    </w:p>
    <w:p/>
    <w:p>
      <w:r>
        <w:rPr>
          <w:b/>
          <w:sz w:val="20"/>
        </w:rPr>
        <w:t>Entire Agreement:</w:t>
      </w:r>
    </w:p>
    <w:p>
      <w:r>
        <w:rPr>
          <w:b w:val="0"/>
          <w:sz w:val="20"/>
        </w:rPr>
        <w:t>This Agreement constitutes the entire understanding between the parties with respect to the subject matter and supersedes all prior negotiations, representations, or agreements, whether written or oral.</w:t>
      </w:r>
    </w:p>
    <w:p/>
    <w:p>
      <w:r>
        <w:rPr>
          <w:b/>
          <w:sz w:val="20"/>
        </w:rPr>
        <w:t>Amendments:</w:t>
      </w:r>
    </w:p>
    <w:p>
      <w:r>
        <w:rPr>
          <w:b w:val="0"/>
          <w:sz w:val="20"/>
        </w:rPr>
        <w:t>Any amendment or variation to this Agreement must be in writing and signed by both parties.</w:t>
      </w:r>
    </w:p>
    <w:p/>
    <w:p/>
    <w:p>
      <w:r>
        <w:rPr>
          <w:b w:val="0"/>
          <w:sz w:val="20"/>
        </w:rPr>
        <w:t>Place of signature: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https://legaltemplates-au.com/equipment-lease-agreement/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equipment-lease-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