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STUDENT ENROLMENT FORM</w:t>
      </w:r>
    </w:p>
    <w:p/>
    <w:p/>
    <w:p>
      <w:r>
        <w:rPr>
          <w:b/>
          <w:sz w:val="22"/>
        </w:rPr>
        <w:t>1. Personal Details</w:t>
      </w:r>
    </w:p>
    <w:p>
      <w:r>
        <w:rPr>
          <w:b w:val="0"/>
          <w:sz w:val="20"/>
        </w:rPr>
        <w:t>Full Name: ________________________________________________________________</w:t>
      </w:r>
    </w:p>
    <w:p>
      <w:r>
        <w:rPr>
          <w:b w:val="0"/>
          <w:sz w:val="20"/>
        </w:rPr>
        <w:t>Date of Birth: _____________________________________________________________</w:t>
      </w:r>
    </w:p>
    <w:p>
      <w:r>
        <w:rPr>
          <w:b w:val="0"/>
          <w:sz w:val="20"/>
        </w:rPr>
        <w:t>Gender: ___________________________________________________________________</w:t>
      </w:r>
    </w:p>
    <w:p>
      <w:r>
        <w:rPr>
          <w:b w:val="0"/>
          <w:sz w:val="20"/>
        </w:rPr>
        <w:t>Residential Address: _______________________________________________________</w:t>
      </w:r>
    </w:p>
    <w:p>
      <w:r>
        <w:rPr>
          <w:b w:val="0"/>
          <w:sz w:val="20"/>
        </w:rPr>
        <w:t>City/Town: ___________________________ State: ______________ Postcode: ______</w:t>
      </w:r>
    </w:p>
    <w:p>
      <w:r>
        <w:rPr>
          <w:b w:val="0"/>
          <w:sz w:val="20"/>
        </w:rPr>
        <w:t>Phone Number: _____________________________________________________________</w:t>
      </w:r>
    </w:p>
    <w:p>
      <w:r>
        <w:rPr>
          <w:b w:val="0"/>
          <w:sz w:val="20"/>
        </w:rPr>
        <w:t>Email Address: _____________________________________________________________</w:t>
      </w:r>
    </w:p>
    <w:p/>
    <w:p>
      <w:r>
        <w:rPr>
          <w:b/>
          <w:sz w:val="22"/>
        </w:rPr>
        <w:t>2. Parent/Guardian Details (if student is under 18 years)</w:t>
      </w:r>
    </w:p>
    <w:p>
      <w:r>
        <w:rPr>
          <w:b w:val="0"/>
          <w:sz w:val="20"/>
        </w:rPr>
        <w:t>Full Name: ________________________________________________________________</w:t>
      </w:r>
    </w:p>
    <w:p>
      <w:r>
        <w:rPr>
          <w:b w:val="0"/>
          <w:sz w:val="20"/>
        </w:rPr>
        <w:t>Relationship to Student: ___________________________________________________</w:t>
      </w:r>
    </w:p>
    <w:p>
      <w:r>
        <w:rPr>
          <w:b w:val="0"/>
          <w:sz w:val="20"/>
        </w:rPr>
        <w:t>Residential Address: _______________________________________________________</w:t>
      </w:r>
    </w:p>
    <w:p>
      <w:r>
        <w:rPr>
          <w:b w:val="0"/>
          <w:sz w:val="20"/>
        </w:rPr>
        <w:t>Phone Number: _____________________________________________________________</w:t>
      </w:r>
    </w:p>
    <w:p>
      <w:r>
        <w:rPr>
          <w:b w:val="0"/>
          <w:sz w:val="20"/>
        </w:rPr>
        <w:t>Email Address: _____________________________________________________________</w:t>
      </w:r>
    </w:p>
    <w:p/>
    <w:p>
      <w:r>
        <w:rPr>
          <w:b/>
          <w:sz w:val="22"/>
        </w:rPr>
        <w:t>3. Emergency Contact Details</w:t>
      </w:r>
    </w:p>
    <w:p>
      <w:r>
        <w:rPr>
          <w:b w:val="0"/>
          <w:sz w:val="20"/>
        </w:rPr>
        <w:t>Full Name: ________________________________________________________________</w:t>
      </w:r>
    </w:p>
    <w:p>
      <w:r>
        <w:rPr>
          <w:b w:val="0"/>
          <w:sz w:val="20"/>
        </w:rPr>
        <w:t>Relationship to Student: ___________________________________________________</w:t>
      </w:r>
    </w:p>
    <w:p>
      <w:r>
        <w:rPr>
          <w:b w:val="0"/>
          <w:sz w:val="20"/>
        </w:rPr>
        <w:t>Phone Number (Primary): _________________________________________________</w:t>
      </w:r>
    </w:p>
    <w:p>
      <w:r>
        <w:rPr>
          <w:b w:val="0"/>
          <w:sz w:val="20"/>
        </w:rPr>
        <w:t>Phone Number (Secondary): _______________________________________________</w:t>
      </w:r>
    </w:p>
    <w:p/>
    <w:p>
      <w:r>
        <w:rPr>
          <w:b/>
          <w:sz w:val="22"/>
        </w:rPr>
        <w:t>4. Course Enrolment Details</w:t>
      </w:r>
    </w:p>
    <w:p>
      <w:r>
        <w:rPr>
          <w:b w:val="0"/>
          <w:sz w:val="20"/>
        </w:rPr>
        <w:t>Course Name: ______________________________________________________________</w:t>
      </w:r>
    </w:p>
    <w:p>
      <w:r>
        <w:rPr>
          <w:b w:val="0"/>
          <w:sz w:val="20"/>
        </w:rPr>
        <w:t>Course Code: ______________________________________________________________</w:t>
      </w:r>
    </w:p>
    <w:p>
      <w:r>
        <w:rPr>
          <w:b w:val="0"/>
          <w:sz w:val="20"/>
        </w:rPr>
        <w:t>Intended Start Date: _______________________________________________________</w:t>
      </w:r>
    </w:p>
    <w:p>
      <w:r>
        <w:rPr>
          <w:b w:val="0"/>
          <w:sz w:val="20"/>
        </w:rPr>
        <w:t>Mode of Study: (e.g., Full-time, Part-time) ________________________________</w:t>
      </w:r>
    </w:p>
    <w:p>
      <w:r>
        <w:rPr>
          <w:b w:val="0"/>
          <w:sz w:val="20"/>
        </w:rPr>
        <w:t>Campus Location: __________________________________________________________</w:t>
      </w:r>
    </w:p>
    <w:p/>
    <w:p>
      <w:r>
        <w:rPr>
          <w:b/>
          <w:sz w:val="22"/>
        </w:rPr>
        <w:t>5. Previous Education and Qualifications</w:t>
      </w:r>
    </w:p>
    <w:p>
      <w:r>
        <w:rPr>
          <w:b w:val="0"/>
          <w:sz w:val="20"/>
        </w:rPr>
        <w:t>Highest Level of Education Completed: _______________________________________</w:t>
      </w:r>
    </w:p>
    <w:p>
      <w:r>
        <w:rPr>
          <w:b w:val="0"/>
          <w:sz w:val="20"/>
        </w:rPr>
        <w:t>Name of Institution: _______________________________________________________</w:t>
      </w:r>
    </w:p>
    <w:p>
      <w:r>
        <w:rPr>
          <w:b w:val="0"/>
          <w:sz w:val="20"/>
        </w:rPr>
        <w:t>Year Completed: ___________________________________________________________</w:t>
      </w:r>
    </w:p>
    <w:p>
      <w:r>
        <w:rPr>
          <w:b w:val="0"/>
          <w:sz w:val="20"/>
        </w:rPr>
        <w:t>Qualifications Obtained: ___________________________________________________</w:t>
      </w:r>
    </w:p>
    <w:p/>
    <w:p>
      <w:r>
        <w:rPr>
          <w:b/>
          <w:sz w:val="22"/>
        </w:rPr>
        <w:t>6. Language and Disability Details</w:t>
      </w:r>
    </w:p>
    <w:p>
      <w:r>
        <w:rPr>
          <w:b w:val="0"/>
          <w:sz w:val="20"/>
        </w:rPr>
        <w:t>Is English your first language? □ Yes    □ No</w:t>
      </w:r>
    </w:p>
    <w:p>
      <w:r>
        <w:rPr>
          <w:b w:val="0"/>
          <w:sz w:val="20"/>
        </w:rPr>
        <w:t>If no, specify primary language spoken at home: _____________________________</w:t>
      </w:r>
    </w:p>
    <w:p>
      <w:r>
        <w:rPr>
          <w:b w:val="0"/>
          <w:sz w:val="20"/>
        </w:rPr>
        <w:t>Do you have any disability, impairment or long-term medical condition? □ Yes    □ No</w:t>
      </w:r>
    </w:p>
    <w:p>
      <w:r>
        <w:rPr>
          <w:b w:val="0"/>
          <w:sz w:val="20"/>
        </w:rPr>
        <w:t>If yes, please provide details: ______________________________________________</w:t>
      </w:r>
    </w:p>
    <w:p/>
    <w:p>
      <w:r>
        <w:rPr>
          <w:b/>
          <w:sz w:val="22"/>
        </w:rPr>
        <w:t>7. Citizenship and Residency Status</w:t>
      </w:r>
    </w:p>
    <w:p>
      <w:r>
        <w:rPr>
          <w:b w:val="0"/>
          <w:sz w:val="20"/>
        </w:rPr>
        <w:t>Are you an Australian citizen? □ Yes    □ No</w:t>
      </w:r>
    </w:p>
    <w:p>
      <w:r>
        <w:rPr>
          <w:b w:val="0"/>
          <w:sz w:val="20"/>
        </w:rPr>
        <w:t>If no, please specify your visa type and status: _____________________________</w:t>
      </w:r>
    </w:p>
    <w:p>
      <w:r>
        <w:rPr>
          <w:b w:val="0"/>
          <w:sz w:val="20"/>
        </w:rPr>
        <w:t>Do you hold permanent residency? □ Yes    □ No</w:t>
      </w:r>
    </w:p>
    <w:p/>
    <w:p>
      <w:r>
        <w:rPr>
          <w:b/>
          <w:sz w:val="22"/>
        </w:rPr>
        <w:t>8. Privacy and Consent</w:t>
      </w:r>
    </w:p>
    <w:p>
      <w:r>
        <w:rPr>
          <w:b w:val="0"/>
          <w:sz w:val="20"/>
        </w:rPr>
        <w:t>I agree that the personal information provided in this enrolment form can be used by the institution for purposes related to my enrolment, administration, and support, in accordance with the Privacy Act 1988 (Cth) and other applicable legislation.</w:t>
      </w:r>
    </w:p>
    <w:p>
      <w:r>
        <w:rPr>
          <w:b w:val="0"/>
          <w:sz w:val="20"/>
        </w:rPr>
        <w:t>I consent to the institution collecting, storing and disclosing my information to relevant government agencies, funding bodies, and authorised third parties as required by law.</w:t>
      </w:r>
    </w:p>
    <w:p>
      <w:r>
        <w:rPr>
          <w:b w:val="0"/>
          <w:sz w:val="20"/>
        </w:rPr>
        <w:t>I acknowledge that I have read and understood the institution's Privacy Policy and agree to abide by the terms and conditions set out in the student handbook and enrolment agreement.</w:t>
      </w:r>
    </w:p>
    <w:p/>
    <w:p>
      <w:r>
        <w:rPr>
          <w:b/>
          <w:sz w:val="22"/>
        </w:rPr>
        <w:t>9. Terms and Conditions</w:t>
      </w:r>
    </w:p>
    <w:p>
      <w:r>
        <w:rPr>
          <w:b w:val="0"/>
          <w:sz w:val="20"/>
        </w:rPr>
        <w:t>I understand that enrolment is subject to acceptance by the institution and payment of applicable fees.</w:t>
      </w:r>
    </w:p>
    <w:p>
      <w:r>
        <w:rPr>
          <w:b w:val="0"/>
          <w:sz w:val="20"/>
        </w:rPr>
        <w:t>I agree to comply with all institutional policies, rules, and codes of conduct, including attendance, academic honesty, and behaviour standards.</w:t>
      </w:r>
    </w:p>
    <w:p>
      <w:r>
        <w:rPr>
          <w:b w:val="0"/>
          <w:sz w:val="20"/>
        </w:rPr>
        <w:t>I acknowledge that failure to comply with these terms may lead to disciplinary actions including cancellation of enrolment.</w:t>
      </w:r>
    </w:p>
    <w:p>
      <w:r>
        <w:rPr>
          <w:b w:val="0"/>
          <w:sz w:val="20"/>
        </w:rPr>
        <w:t>I accept responsibility for timely payment of all fees and charges associated with my enrolment.</w:t>
      </w:r>
    </w:p>
    <w:p/>
    <w:p>
      <w:r>
        <w:rPr>
          <w:b/>
          <w:sz w:val="22"/>
        </w:rPr>
        <w:t>10. Declaration</w:t>
      </w:r>
    </w:p>
    <w:p>
      <w:r>
        <w:rPr>
          <w:b w:val="0"/>
          <w:sz w:val="20"/>
        </w:rPr>
        <w:t>I declare that the information provided in this enrolment form is true, complete, and correct to the best of my knowledge. I understand that providing false or misleading information may result in cancellation of my enrolment and may be subject to legal penalties.</w:t>
      </w:r>
    </w:p>
    <w:p/>
    <w:p/>
    <w:p>
      <w:r>
        <w:rPr>
          <w:b w:val="0"/>
          <w:sz w:val="20"/>
        </w:rPr>
        <w:t>Student Signature: _________________________________________</w:t>
      </w:r>
    </w:p>
    <w:p>
      <w:r>
        <w:rPr>
          <w:b w:val="0"/>
          <w:sz w:val="20"/>
        </w:rPr>
        <w:t>Print Name: _______________________________________________</w:t>
      </w:r>
    </w:p>
    <w:p>
      <w:r>
        <w:rPr>
          <w:b w:val="0"/>
          <w:sz w:val="20"/>
        </w:rPr>
        <w:t>Date: _____________________________________________________</w:t>
      </w:r>
    </w:p>
    <w:p/>
    <w:p/>
    <w:p>
      <w:r>
        <w:rPr>
          <w:b w:val="0"/>
          <w:sz w:val="20"/>
        </w:rPr>
        <w:t>Parent/Guardian Signature (if student under 18): ________________</w:t>
      </w:r>
    </w:p>
    <w:p>
      <w:r>
        <w:rPr>
          <w:b w:val="0"/>
          <w:sz w:val="20"/>
        </w:rPr>
        <w:t>Print Name: _______________________________________________</w:t>
      </w:r>
    </w:p>
    <w:p>
      <w:r>
        <w:rPr>
          <w:b w:val="0"/>
          <w:sz w:val="20"/>
        </w:rPr>
        <w:t>Date: _____________________________________________________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STUDENT</w:t>
            </w:r>
          </w:p>
        </w:tc>
        <w:tc>
          <w:tcPr>
            <w:tcW w:type="dxa" w:w="4986"/>
            <w:tcBorders>
              <w:top w:val="nil"/>
              <w:left w:val="nil"/>
              <w:bottom w:val="nil"/>
              <w:right w:val="nil"/>
              <w:insideH w:val="nil"/>
              <w:insideV w:val="nil"/>
            </w:tcBorders>
          </w:tcPr>
          <w:p>
            <w:pPr>
              <w:jc w:val="center"/>
            </w:pPr>
            <w:r>
              <w:t>PARENT / GUARDIAN</w:t>
            </w:r>
          </w:p>
        </w:tc>
      </w:tr>
      <w:tr>
        <w:tc>
          <w:tcPr>
            <w:tcW w:type="dxa" w:w="4986"/>
            <w:tcBorders>
              <w:top w:val="nil"/>
              <w:left w:val="nil"/>
              <w:bottom w:val="nil"/>
              <w:right w:val="nil"/>
              <w:insideH w:val="nil"/>
              <w:insideV w:val="nil"/>
            </w:tcBorders>
          </w:tcPr>
          <w:p>
            <w:pPr>
              <w:jc w:val="center"/>
            </w:pPr>
            <w:r>
              <w:br/>
              <w:br/>
              <w:t>Signature: __________________________</w:t>
            </w:r>
          </w:p>
        </w:tc>
        <w:tc>
          <w:tcPr>
            <w:tcW w:type="dxa" w:w="4986"/>
            <w:tcBorders>
              <w:top w:val="nil"/>
              <w:left w:val="nil"/>
              <w:bottom w:val="nil"/>
              <w:right w:val="nil"/>
              <w:insideH w:val="nil"/>
              <w:insideV w:val="nil"/>
            </w:tcBorders>
          </w:tcPr>
          <w:p>
            <w:pPr>
              <w:jc w:val="center"/>
            </w:pPr>
            <w:r>
              <w:br/>
              <w:br/>
              <w:t>Signature: __________________________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https://legaltemplates-au.com/enrolment-form/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https://legaltemplates-au.com</w:t>
        </w:r>
      </w:hyperlink>
    </w:p>
    <w:p>
      <w:pPr>
        <w:jc w:val="center"/>
      </w:pPr>
      <w:r>
        <w:rPr>
          <w:color w:val="808080"/>
          <w:sz w:val="20"/>
        </w:rPr>
        <w:t>This template is intended exclusively for personal, non-commercial use.</w:t>
        <w:br/>
        <w:t>If distributed or published, the source must be mentioned. © legaltemplates-au.com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au.com/enrolment-form/" TargetMode="External"/><Relationship Id="rId10" Type="http://schemas.openxmlformats.org/officeDocument/2006/relationships/hyperlink" Target="https://legaltemplate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