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AGREEMENT FORM</w:t>
      </w:r>
    </w:p>
    <w:p/>
    <w:p>
      <w:r>
        <w:rPr>
          <w:b/>
          <w:sz w:val="20"/>
        </w:rPr>
        <w:t>This Employment Agreement ("Agreement") is made between the Employer and the Employee as follows:</w:t>
      </w:r>
    </w:p>
    <w:p/>
    <w:p>
      <w:r>
        <w:rPr>
          <w:b/>
          <w:sz w:val="20"/>
        </w:rPr>
        <w:t>EMPLOYER DETAILS:</w:t>
      </w:r>
    </w:p>
    <w:p>
      <w:r>
        <w:rPr>
          <w:b w:val="0"/>
          <w:sz w:val="20"/>
        </w:rPr>
        <w:t>Company Name: ___________________________________________________________</w:t>
      </w:r>
    </w:p>
    <w:p>
      <w:r>
        <w:rPr>
          <w:b w:val="0"/>
          <w:sz w:val="20"/>
        </w:rPr>
        <w:t>Australian Business Number (ABN): _________________________________________</w:t>
      </w:r>
    </w:p>
    <w:p>
      <w:r>
        <w:rPr>
          <w:b w:val="0"/>
          <w:sz w:val="20"/>
        </w:rPr>
        <w:t>Business Address: _________________________________________________________</w:t>
      </w:r>
    </w:p>
    <w:p>
      <w:r>
        <w:rPr>
          <w:b w:val="0"/>
          <w:sz w:val="20"/>
        </w:rPr>
        <w:t>Contact Number: ___________________________________________________________</w:t>
      </w:r>
    </w:p>
    <w:p>
      <w:r>
        <w:rPr>
          <w:b w:val="0"/>
          <w:sz w:val="20"/>
        </w:rPr>
        <w:t>Email Address: ____________________________________________________________</w:t>
      </w:r>
    </w:p>
    <w:p/>
    <w:p>
      <w:r>
        <w:rPr>
          <w:b/>
          <w:sz w:val="20"/>
        </w:rPr>
        <w:t>EMPLOYEE DETAILS:</w:t>
      </w:r>
    </w:p>
    <w:p>
      <w:r>
        <w:rPr>
          <w:b w:val="0"/>
          <w:sz w:val="20"/>
        </w:rPr>
        <w:t>Full Name: _______________________________________________________________</w:t>
      </w:r>
    </w:p>
    <w:p>
      <w:r>
        <w:rPr>
          <w:b w:val="0"/>
          <w:sz w:val="20"/>
        </w:rPr>
        <w:t>Date of Birth: ____________________________________________________________</w:t>
      </w:r>
    </w:p>
    <w:p>
      <w:r>
        <w:rPr>
          <w:b w:val="0"/>
          <w:sz w:val="20"/>
        </w:rPr>
        <w:t>Residential Address: 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1. POSITION AND DUTIES</w:t>
      </w:r>
    </w:p>
    <w:p>
      <w:r>
        <w:rPr>
          <w:b w:val="0"/>
          <w:sz w:val="20"/>
        </w:rPr>
        <w:t>The Employer agrees to employ the Employee in the position of ____________________________.</w:t>
      </w:r>
    </w:p>
    <w:p>
      <w:r>
        <w:rPr>
          <w:b w:val="0"/>
          <w:sz w:val="20"/>
        </w:rPr>
        <w:t>The Employee agrees to perform the duties and responsibilities customarily associated with this position and any other duties reasonably assigned by the Employer.</w:t>
      </w:r>
    </w:p>
    <w:p/>
    <w:p>
      <w:r>
        <w:rPr>
          <w:b/>
          <w:sz w:val="20"/>
        </w:rPr>
        <w:t>2. TERM OF EMPLOYMENT</w:t>
      </w:r>
    </w:p>
    <w:p>
      <w:r>
        <w:rPr>
          <w:b w:val="0"/>
          <w:sz w:val="20"/>
        </w:rPr>
        <w:t>This Agreement shall commence upon the Employer’s acceptance and shall continue until terminated in accordance with this Agreement.</w:t>
      </w:r>
    </w:p>
    <w:p/>
    <w:p>
      <w:r>
        <w:rPr>
          <w:b/>
          <w:sz w:val="20"/>
        </w:rPr>
        <w:t>3. HOURS OF WORK</w:t>
      </w:r>
    </w:p>
    <w:p>
      <w:r>
        <w:rPr>
          <w:b w:val="0"/>
          <w:sz w:val="20"/>
        </w:rPr>
        <w:t>The Employee’s regular hours of work shall be ______________ hours per week, from _______________ to _______________, on the following days: ____________________________.</w:t>
      </w:r>
    </w:p>
    <w:p>
      <w:r>
        <w:rPr>
          <w:b w:val="0"/>
          <w:sz w:val="20"/>
        </w:rPr>
        <w:t>The Employee may be required to work reasonable additional hours as necessary to fulfill their duties.</w:t>
      </w:r>
    </w:p>
    <w:p/>
    <w:p>
      <w:r>
        <w:rPr>
          <w:b/>
          <w:sz w:val="20"/>
        </w:rPr>
        <w:t>4. REMUNERATION</w:t>
      </w:r>
    </w:p>
    <w:p>
      <w:r>
        <w:rPr>
          <w:b w:val="0"/>
          <w:sz w:val="20"/>
        </w:rPr>
        <w:t>The Employee shall be paid a salary/wage of AUD ______________ per __________________ (hour/week/month/year), payable in accordance with the Employer’s standard payroll practices.</w:t>
      </w:r>
    </w:p>
    <w:p>
      <w:r>
        <w:rPr>
          <w:b w:val="0"/>
          <w:sz w:val="20"/>
        </w:rPr>
        <w:t>The Employer shall make all necessary tax and superannuation contributions as required by Australian law.</w:t>
      </w:r>
    </w:p>
    <w:p/>
    <w:p>
      <w:r>
        <w:rPr>
          <w:b/>
          <w:sz w:val="20"/>
        </w:rPr>
        <w:t>5. SUPERANNUATION</w:t>
      </w:r>
    </w:p>
    <w:p>
      <w:r>
        <w:rPr>
          <w:b w:val="0"/>
          <w:sz w:val="20"/>
        </w:rPr>
        <w:t>The Employer will make superannuation contributions on behalf of the Employee in accordance with the Superannuation Guarantee (Administration) Act 1992 and any applicable legislative requirements.</w:t>
      </w:r>
    </w:p>
    <w:p/>
    <w:p>
      <w:r>
        <w:rPr>
          <w:b/>
          <w:sz w:val="20"/>
        </w:rPr>
        <w:t>6. LEAVE ENTITLEMENTS</w:t>
      </w:r>
    </w:p>
    <w:p>
      <w:r>
        <w:rPr>
          <w:b w:val="0"/>
          <w:sz w:val="20"/>
        </w:rPr>
        <w:t>The Employee is entitled to leave in accordance with the National Employment Standards (NES) and any applicable modern awards or agreements, including but not limited to:</w:t>
      </w:r>
    </w:p>
    <w:p>
      <w:r>
        <w:rPr>
          <w:b w:val="0"/>
          <w:sz w:val="20"/>
        </w:rPr>
        <w:t>- Annual Leave</w:t>
      </w:r>
    </w:p>
    <w:p>
      <w:r>
        <w:rPr>
          <w:b w:val="0"/>
          <w:sz w:val="20"/>
        </w:rPr>
        <w:t>- Personal/Carer’s Leave</w:t>
      </w:r>
    </w:p>
    <w:p>
      <w:r>
        <w:rPr>
          <w:b w:val="0"/>
          <w:sz w:val="20"/>
        </w:rPr>
        <w:t>- Compassionate Leave</w:t>
      </w:r>
    </w:p>
    <w:p>
      <w:r>
        <w:rPr>
          <w:b w:val="0"/>
          <w:sz w:val="20"/>
        </w:rPr>
        <w:t>- Parental Leave</w:t>
      </w:r>
    </w:p>
    <w:p>
      <w:r>
        <w:rPr>
          <w:b w:val="0"/>
          <w:sz w:val="20"/>
        </w:rPr>
        <w:t>- Community Service Leave</w:t>
      </w:r>
    </w:p>
    <w:p/>
    <w:p>
      <w:r>
        <w:rPr>
          <w:b/>
          <w:sz w:val="20"/>
        </w:rPr>
        <w:t>7. CONFIDENTIALITY</w:t>
      </w:r>
    </w:p>
    <w:p>
      <w:r>
        <w:rPr>
          <w:b w:val="0"/>
          <w:sz w:val="20"/>
        </w:rPr>
        <w:t>The Employee shall not, during or after the term of employment, disclose any confidential information relating to the Employer’s business or clients without prior written consent, except as required by law.</w:t>
      </w:r>
    </w:p>
    <w:p/>
    <w:p>
      <w:r>
        <w:rPr>
          <w:b/>
          <w:sz w:val="20"/>
        </w:rPr>
        <w:t>8. INTELLECTUAL PROPERTY</w:t>
      </w:r>
    </w:p>
    <w:p>
      <w:r>
        <w:rPr>
          <w:b w:val="0"/>
          <w:sz w:val="20"/>
        </w:rPr>
        <w:t>Any intellectual property created by the Employee in the course of their employment shall be the exclusive property of the Employer.</w:t>
      </w:r>
    </w:p>
    <w:p/>
    <w:p>
      <w:r>
        <w:rPr>
          <w:b/>
          <w:sz w:val="20"/>
        </w:rPr>
        <w:t>9. TERMINATION OF EMPLOYMENT</w:t>
      </w:r>
    </w:p>
    <w:p>
      <w:r>
        <w:rPr>
          <w:b w:val="0"/>
          <w:sz w:val="20"/>
        </w:rPr>
        <w:t>Either party may terminate this Agreement by providing notice in writing as prescribed under the Fair Work Act 2009 or by mutual agreement.</w:t>
      </w:r>
    </w:p>
    <w:p>
      <w:r>
        <w:rPr>
          <w:b w:val="0"/>
          <w:sz w:val="20"/>
        </w:rPr>
        <w:t>The Employer may terminate employment without notice for serious misconduct in accordance with applicable law.</w:t>
      </w:r>
    </w:p>
    <w:p/>
    <w:p>
      <w:r>
        <w:rPr>
          <w:b/>
          <w:sz w:val="20"/>
        </w:rPr>
        <w:t>10. WORKPLACE HEALTH AND SAFETY</w:t>
      </w:r>
    </w:p>
    <w:p>
      <w:r>
        <w:rPr>
          <w:b w:val="0"/>
          <w:sz w:val="20"/>
        </w:rPr>
        <w:t>The Employee agrees to comply with all workplace health and safety policies and procedures of the Employer and relevant Australian legislation.</w:t>
      </w:r>
    </w:p>
    <w:p/>
    <w:p>
      <w:r>
        <w:rPr>
          <w:b/>
          <w:sz w:val="20"/>
        </w:rPr>
        <w:t>11. ANTI-DISCRIMINATION AND EQUAL OPPORTUNITY</w:t>
      </w:r>
    </w:p>
    <w:p>
      <w:r>
        <w:rPr>
          <w:b w:val="0"/>
          <w:sz w:val="20"/>
        </w:rPr>
        <w:t>The Employer is committed to providing a work environment free from discrimination, harassment, and bullying, in accordance with Australian anti-discrimination laws.</w:t>
      </w:r>
    </w:p>
    <w:p/>
    <w:p>
      <w:r>
        <w:rPr>
          <w:b/>
          <w:sz w:val="20"/>
        </w:rPr>
        <w:t>12. PRIVACY</w:t>
      </w:r>
    </w:p>
    <w:p>
      <w:r>
        <w:rPr>
          <w:b w:val="0"/>
          <w:sz w:val="20"/>
        </w:rPr>
        <w:t>The Employer will handle personal information in accordance with the Privacy Act 1988 and related legislation.</w:t>
      </w:r>
    </w:p>
    <w:p/>
    <w:p>
      <w:r>
        <w:rPr>
          <w:b/>
          <w:sz w:val="20"/>
        </w:rPr>
        <w:t>13. ENTIRE AGREEMENT</w:t>
      </w:r>
    </w:p>
    <w:p>
      <w:r>
        <w:rPr>
          <w:b w:val="0"/>
          <w:sz w:val="20"/>
        </w:rPr>
        <w:t>This Agreement constitutes the entire agreement between the parties and supersedes all prior agreements or understandings.</w:t>
      </w:r>
    </w:p>
    <w:p/>
    <w:p>
      <w:r>
        <w:rPr>
          <w:b/>
          <w:sz w:val="20"/>
        </w:rPr>
        <w:t>14. VARIATION</w:t>
      </w:r>
    </w:p>
    <w:p>
      <w:r>
        <w:rPr>
          <w:b w:val="0"/>
          <w:sz w:val="20"/>
        </w:rPr>
        <w:t>Any variation to this Agreement must be in writing and signed by both parties.</w:t>
      </w:r>
    </w:p>
    <w:p/>
    <w:p>
      <w:r>
        <w:rPr>
          <w:b/>
          <w:sz w:val="20"/>
        </w:rPr>
        <w:t>15. GOVERNING LAW</w:t>
      </w:r>
    </w:p>
    <w:p>
      <w:r>
        <w:rPr>
          <w:b w:val="0"/>
          <w:sz w:val="20"/>
        </w:rPr>
        <w:t>This Agreement is governed by the laws of the Commonwealth of Australia and the relevant state or territory laws.</w:t>
      </w:r>
    </w:p>
    <w:p/>
    <w:p/>
    <w:p>
      <w:r>
        <w:rPr>
          <w:b w:val="0"/>
          <w:sz w:val="20"/>
        </w:rPr>
        <w:t>Place of Signing: ___________________________________________________________</w:t>
      </w:r>
    </w:p>
    <w:p>
      <w:r>
        <w:rPr>
          <w:b w:val="0"/>
          <w:sz w:val="20"/>
        </w:rPr>
        <w:t>Date of Signing: 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https://legaltemplates-au.com/employment-form/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employment-form/"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