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EMPLOYER REFERENCE LETTER</w:t>
      </w:r>
    </w:p>
    <w:p/>
    <w:p/>
    <w:p>
      <w:r>
        <w:rPr>
          <w:b/>
          <w:sz w:val="22"/>
        </w:rPr>
        <w:t>Employer Details:</w:t>
      </w:r>
    </w:p>
    <w:p>
      <w:r>
        <w:rPr>
          <w:b w:val="0"/>
          <w:sz w:val="20"/>
        </w:rPr>
        <w:t>Company Name: ____________________________________________________________</w:t>
      </w:r>
    </w:p>
    <w:p>
      <w:r>
        <w:rPr>
          <w:b w:val="0"/>
          <w:sz w:val="20"/>
        </w:rPr>
        <w:t>Company Address: 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2"/>
        </w:rPr>
        <w:t>Recipient Details:</w:t>
      </w:r>
    </w:p>
    <w:p>
      <w:r>
        <w:rPr>
          <w:b w:val="0"/>
          <w:sz w:val="20"/>
        </w:rPr>
        <w:t>Recipient Name: __________________________________________________________</w:t>
      </w:r>
    </w:p>
    <w:p>
      <w:r>
        <w:rPr>
          <w:b w:val="0"/>
          <w:sz w:val="20"/>
        </w:rPr>
        <w:t>Recipient Position: _______________________________________________________</w:t>
      </w:r>
    </w:p>
    <w:p>
      <w:r>
        <w:rPr>
          <w:b w:val="0"/>
          <w:sz w:val="20"/>
        </w:rPr>
        <w:t>Company Name: ____________________________________________________________</w:t>
      </w:r>
    </w:p>
    <w:p>
      <w:r>
        <w:rPr>
          <w:b w:val="0"/>
          <w:sz w:val="20"/>
        </w:rPr>
        <w:t>Company Address: _________________________________________________________</w:t>
      </w:r>
    </w:p>
    <w:p/>
    <w:p>
      <w:r>
        <w:rPr>
          <w:b w:val="0"/>
          <w:sz w:val="20"/>
        </w:rPr>
        <w:t>To whom it may concern,</w:t>
      </w:r>
    </w:p>
    <w:p/>
    <w:p>
      <w:r>
        <w:rPr>
          <w:b w:val="0"/>
          <w:sz w:val="20"/>
        </w:rPr>
        <w:t>This letter serves as a formal reference for the employment of the individual named below, who has been employed by our company as detailed in this letter. We provide this reference in good faith and based on our employment records and experience with the employee.</w:t>
      </w:r>
    </w:p>
    <w:p/>
    <w:p>
      <w:r>
        <w:rPr>
          <w:b/>
          <w:sz w:val="22"/>
        </w:rPr>
        <w:t>Employee Details:</w:t>
      </w:r>
    </w:p>
    <w:p>
      <w:r>
        <w:rPr>
          <w:b w:val="0"/>
          <w:sz w:val="20"/>
        </w:rPr>
        <w:t>Full Name: ________________________________________________________________</w:t>
      </w:r>
    </w:p>
    <w:p>
      <w:r>
        <w:rPr>
          <w:b w:val="0"/>
          <w:sz w:val="20"/>
        </w:rPr>
        <w:t>Position Held: ____________________________________________________________</w:t>
      </w:r>
    </w:p>
    <w:p>
      <w:r>
        <w:rPr>
          <w:b w:val="0"/>
          <w:sz w:val="20"/>
        </w:rPr>
        <w:t>Department: ______________________________________________________________</w:t>
      </w:r>
    </w:p>
    <w:p>
      <w:r>
        <w:rPr>
          <w:b w:val="0"/>
          <w:sz w:val="20"/>
        </w:rPr>
        <w:t>Employment Type (e.g., Full-Time, Part-Time, Casual): _______________________</w:t>
      </w:r>
    </w:p>
    <w:p>
      <w:r>
        <w:rPr>
          <w:b w:val="0"/>
          <w:sz w:val="20"/>
        </w:rPr>
        <w:t>Period of Employment: From ________________ To ____________________________</w:t>
      </w:r>
    </w:p>
    <w:p/>
    <w:p>
      <w:r>
        <w:rPr>
          <w:b/>
          <w:sz w:val="22"/>
        </w:rPr>
        <w:t>Job Description and Duties:</w:t>
      </w:r>
    </w:p>
    <w:p>
      <w:r>
        <w:rPr>
          <w:b w:val="0"/>
          <w:sz w:val="20"/>
        </w:rPr>
        <w:t>The employee's principal duties and responsibilities included but were not limited to the following:</w:t>
      </w:r>
    </w:p>
    <w:p>
      <w:pPr>
        <w:pStyle w:val="ListBullet"/>
      </w:pPr>
      <w:r>
        <w:t>____________________________________________________________________________</w:t>
      </w:r>
    </w:p>
    <w:p>
      <w:pPr>
        <w:pStyle w:val="ListBullet"/>
      </w:pPr>
      <w:r>
        <w:t>____________________________________________________________________________</w:t>
      </w:r>
    </w:p>
    <w:p>
      <w:pPr>
        <w:pStyle w:val="ListBullet"/>
      </w:pPr>
      <w:r>
        <w:t>____________________________________________________________________________</w:t>
      </w:r>
    </w:p>
    <w:p>
      <w:pPr>
        <w:pStyle w:val="ListBullet"/>
      </w:pPr>
      <w:r>
        <w:t>____________________________________________________________________________</w:t>
      </w:r>
    </w:p>
    <w:p/>
    <w:p>
      <w:r>
        <w:rPr>
          <w:b/>
          <w:sz w:val="22"/>
        </w:rPr>
        <w:t>Performance and Conduct:</w:t>
      </w:r>
    </w:p>
    <w:p>
      <w:r>
        <w:rPr>
          <w:b w:val="0"/>
          <w:sz w:val="20"/>
        </w:rPr>
        <w:t>During the period of employment, the employee demonstrated a satisfactory level of performance and professionalism. The employee adhered to company policies and procedures, maintained good working relationships with colleagues and management, and fulfilled their responsibilities diligently.</w:t>
      </w:r>
    </w:p>
    <w:p/>
    <w:p>
      <w:r>
        <w:rPr>
          <w:b/>
          <w:sz w:val="22"/>
        </w:rPr>
        <w:t>Reason for Leaving:</w:t>
      </w:r>
    </w:p>
    <w:p>
      <w:r>
        <w:rPr>
          <w:b w:val="0"/>
          <w:sz w:val="20"/>
        </w:rPr>
        <w:t>The employee's separation from the company was due to the following reason(s):</w:t>
      </w:r>
    </w:p>
    <w:p>
      <w:r>
        <w:rPr>
          <w:b w:val="0"/>
          <w:sz w:val="20"/>
        </w:rPr>
        <w:t>____________________________________________________________________________</w:t>
      </w:r>
    </w:p>
    <w:p>
      <w:r>
        <w:rPr>
          <w:b w:val="0"/>
          <w:sz w:val="20"/>
        </w:rPr>
        <w:t>____________________________________________________________________________</w:t>
      </w:r>
    </w:p>
    <w:p/>
    <w:p>
      <w:r>
        <w:rPr>
          <w:b/>
          <w:sz w:val="22"/>
        </w:rPr>
        <w:t>Eligibility for Rehire:</w:t>
      </w:r>
    </w:p>
    <w:p>
      <w:r>
        <w:rPr>
          <w:b w:val="0"/>
          <w:sz w:val="20"/>
        </w:rPr>
        <w:t>Based on our experience and records, the employee is/is not eligible for rehire at this company.</w:t>
      </w:r>
    </w:p>
    <w:p/>
    <w:p>
      <w:r>
        <w:rPr>
          <w:b w:val="0"/>
          <w:sz w:val="20"/>
        </w:rPr>
        <w:t>This reference letter is issued with the consent of the employee and is provided in accordance with Australian privacy laws and employment standards. The information contained herein is truthful and accurate to the best of our knowledge and belief at the time of issuance.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Signatory</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Date of Issuance: ___________________________________________</w:t>
      </w:r>
    </w:p>
    <w:p/>
    <w:p/>
    <w:p>
      <w:r>
        <w:rPr>
          <w:b w:val="0"/>
          <w:sz w:val="20"/>
        </w:rPr>
        <w:t>Company Stamp / Seal: ______________________________________</w:t>
      </w:r>
    </w:p>
    <w:p/>
    <w:p>
      <w:pPr>
        <w:jc w:val="center"/>
      </w:pPr>
      <w:r>
        <w:rPr>
          <w:b/>
          <w:sz w:val="20"/>
        </w:rPr>
        <w:t>This reference is given without any liability on the part of the employer or its representatives.</w:t>
      </w:r>
    </w:p>
    <w:p>
      <w:r>
        <w:br w:type="page"/>
      </w:r>
    </w:p>
    <w:p>
      <w:pPr>
        <w:jc w:val="center"/>
      </w:pPr>
      <w:r>
        <w:rPr>
          <w:color w:val="555555"/>
          <w:sz w:val="24"/>
        </w:rPr>
        <w:t>Original source of this document:</w:t>
      </w:r>
    </w:p>
    <w:p>
      <w:pPr>
        <w:jc w:val="center"/>
      </w:pPr>
      <w:hyperlink r:id="rId9">
        <w:r>
          <w:rPr>
            <w:color w:val="0000FF"/>
            <w:u w:val="single"/>
          </w:rPr>
          <w:t>https://legaltemplates-au.com/employer-reference-letter/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employer-reference-letter/"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