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CREDIT CARD AUTHORISATION FORM</w:t>
      </w:r>
    </w:p>
    <w:p/>
    <w:p/>
    <w:p>
      <w:r>
        <w:rPr>
          <w:b w:val="0"/>
          <w:sz w:val="20"/>
        </w:rPr>
        <w:t>This Credit Card Authorisation Form authorises the merchant to charge the credit card detailed below for goods and/or services rendered. This authorisation complies with Australian law and ensures the cardholder’s consent and understanding of the transaction.</w:t>
      </w:r>
    </w:p>
    <w:p/>
    <w:p/>
    <w:p>
      <w:r>
        <w:rPr>
          <w:b/>
          <w:sz w:val="20"/>
        </w:rPr>
        <w:t>CARDHOLDER INFORMATION</w:t>
      </w:r>
    </w:p>
    <w:p>
      <w:r>
        <w:rPr>
          <w:b w:val="0"/>
          <w:sz w:val="20"/>
        </w:rPr>
        <w:t>Full Name: ________________________________________________________________</w:t>
      </w:r>
    </w:p>
    <w:p>
      <w:r>
        <w:rPr>
          <w:b w:val="0"/>
          <w:sz w:val="20"/>
        </w:rPr>
        <w:t>Billing Address: ___________________________________________________________</w:t>
      </w:r>
    </w:p>
    <w:p>
      <w:r>
        <w:rPr>
          <w:b w:val="0"/>
          <w:sz w:val="20"/>
        </w:rPr>
        <w:t>City/Suburb: ____________________________  State: ___________  Postcode: 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0"/>
        </w:rPr>
        <w:t>CREDIT CARD DETAILS</w:t>
      </w:r>
    </w:p>
    <w:p>
      <w:r>
        <w:rPr>
          <w:b w:val="0"/>
          <w:sz w:val="20"/>
        </w:rPr>
        <w:t>Type of Card (e.g. Visa, MasterCard, Amex): _________________________________</w:t>
      </w:r>
    </w:p>
    <w:p>
      <w:r>
        <w:rPr>
          <w:b w:val="0"/>
          <w:sz w:val="20"/>
        </w:rPr>
        <w:t>Card Number: _______________________________________________________________</w:t>
      </w:r>
    </w:p>
    <w:p>
      <w:r>
        <w:rPr>
          <w:b w:val="0"/>
          <w:sz w:val="20"/>
        </w:rPr>
        <w:t>Name on Card: ______________________________________________________________</w:t>
      </w:r>
    </w:p>
    <w:p>
      <w:r>
        <w:rPr>
          <w:b w:val="0"/>
          <w:sz w:val="20"/>
        </w:rPr>
        <w:t>Expiry Date (MM/YY): ________________    CVV/CVC: ___________________________</w:t>
      </w:r>
    </w:p>
    <w:p/>
    <w:p>
      <w:r>
        <w:rPr>
          <w:b/>
          <w:sz w:val="20"/>
        </w:rPr>
        <w:t>AUTHORISATION DETAILS</w:t>
      </w:r>
    </w:p>
    <w:p>
      <w:r>
        <w:rPr>
          <w:b w:val="0"/>
          <w:sz w:val="20"/>
        </w:rPr>
        <w:t>Amount to be charged: AUD ___________________________</w:t>
      </w:r>
    </w:p>
    <w:p>
      <w:r>
        <w:rPr>
          <w:b w:val="0"/>
          <w:sz w:val="20"/>
        </w:rPr>
        <w:t>Description of goods and/or services: ________________________________</w:t>
      </w:r>
    </w:p>
    <w:p>
      <w:r>
        <w:rPr>
          <w:b w:val="0"/>
          <w:sz w:val="20"/>
        </w:rPr>
        <w:t>___________________________________________________________________________</w:t>
      </w:r>
    </w:p>
    <w:p/>
    <w:p>
      <w:r>
        <w:rPr>
          <w:b/>
          <w:sz w:val="20"/>
        </w:rPr>
        <w:t>TERMS AND CONDITIONS</w:t>
      </w:r>
    </w:p>
    <w:p>
      <w:r>
        <w:rPr>
          <w:b w:val="0"/>
          <w:sz w:val="20"/>
        </w:rPr>
        <w:t>1. By signing this form, the cardholder authorises the merchant to charge the credit card for the amount stated above.</w:t>
      </w:r>
    </w:p>
    <w:p>
      <w:r>
        <w:rPr>
          <w:b w:val="0"/>
          <w:sz w:val="20"/>
        </w:rPr>
        <w:t>2. The cardholder confirms that they are the authorised user of the credit card and will not dispute the payment with their credit card company or bank, provided the transaction corresponds to the agreed amount and description above.</w:t>
      </w:r>
    </w:p>
    <w:p>
      <w:r>
        <w:rPr>
          <w:b w:val="0"/>
          <w:sz w:val="20"/>
        </w:rPr>
        <w:t>3. The merchant agrees to comply with the Privacy Act 1988 (Cth) and will handle all personal and credit card information securely and confidentially.</w:t>
      </w:r>
    </w:p>
    <w:p>
      <w:r>
        <w:rPr>
          <w:b w:val="0"/>
          <w:sz w:val="20"/>
        </w:rPr>
        <w:t>4. This authorisation is valid for a single transaction only unless otherwise agreed in writing.</w:t>
      </w:r>
    </w:p>
    <w:p>
      <w:r>
        <w:rPr>
          <w:b w:val="0"/>
          <w:sz w:val="20"/>
        </w:rPr>
        <w:t>5. The cardholder acknowledges that any dispute regarding the goods or services must be addressed directly with the merchant.</w:t>
      </w:r>
    </w:p>
    <w:p>
      <w:r>
        <w:rPr>
          <w:b w:val="0"/>
          <w:sz w:val="20"/>
        </w:rPr>
        <w:t>6. The merchant reserves the right to request additional verification from the cardholder if required to comply with Australian laws or banking regulations.</w:t>
      </w:r>
    </w:p>
    <w:p>
      <w:r>
        <w:rPr>
          <w:b w:val="0"/>
          <w:sz w:val="20"/>
        </w:rPr>
        <w:t>7. This document constitutes a legally binding agreement under Australian law.</w:t>
      </w:r>
    </w:p>
    <w:p/>
    <w:p/>
    <w:p>
      <w:r>
        <w:rPr>
          <w:b/>
          <w:sz w:val="20"/>
        </w:rPr>
        <w:t>DECLARATION</w:t>
      </w:r>
    </w:p>
    <w:p>
      <w:r>
        <w:rPr>
          <w:b w:val="0"/>
          <w:sz w:val="20"/>
        </w:rPr>
        <w:t>I, the undersigned, hereby authorise the above merchant to charge my credit card for the amount specified. I confirm that all information provided is accurate and I am authorised to use this credit card.</w:t>
      </w:r>
    </w:p>
    <w:p/>
    <w:p/>
    <w:p>
      <w:r>
        <w:rPr>
          <w:b w:val="0"/>
          <w:sz w:val="20"/>
        </w:rPr>
        <w:t>Place: ________________________________________        Signature of Cardholder: ________________________________</w:t>
      </w:r>
    </w:p>
    <w:p>
      <w:r>
        <w:rPr>
          <w:b w:val="0"/>
          <w:sz w:val="20"/>
        </w:rPr>
        <w:t>Name of Cardholder (printed): ___________________________________________________________</w:t>
      </w:r>
    </w:p>
    <w:p>
      <w:r>
        <w:rPr>
          <w:b w:val="0"/>
          <w:sz w:val="20"/>
        </w:rPr>
        <w:t>Date: _________________________________________</w:t>
      </w:r>
    </w:p>
    <w:p/>
    <w:p/>
    <w:p>
      <w:r>
        <w:rPr>
          <w:b/>
          <w:sz w:val="20"/>
        </w:rPr>
        <w:t>FOR MERCHANT USE ONLY</w:t>
      </w:r>
    </w:p>
    <w:p>
      <w:r>
        <w:rPr>
          <w:b w:val="0"/>
          <w:sz w:val="20"/>
        </w:rPr>
        <w:t>Merchant Name: ______________________________________________________________</w:t>
      </w:r>
    </w:p>
    <w:p>
      <w:r>
        <w:rPr>
          <w:b w:val="0"/>
          <w:sz w:val="20"/>
        </w:rPr>
        <w:t>Merchant Representative: ______________________________________________________</w:t>
      </w:r>
    </w:p>
    <w:p>
      <w:r>
        <w:rPr>
          <w:b w:val="0"/>
          <w:sz w:val="20"/>
        </w:rPr>
        <w:t>Signature: ___________________________________________________________________</w:t>
      </w:r>
    </w:p>
    <w:p>
      <w:r>
        <w:rPr>
          <w:b w:val="0"/>
          <w:sz w:val="20"/>
        </w:rPr>
        <w:t>Date: ________________________________________________________________________</w:t>
      </w:r>
    </w:p>
    <w:p/>
    <w:p/>
    <w:p>
      <w:r>
        <w:rPr>
          <w:b w:val="0"/>
          <w:sz w:val="20"/>
        </w:rPr>
        <w:t>IN CASE OF QUERIES, PLEASE CONTACT:</w:t>
      </w:r>
    </w:p>
    <w:p>
      <w:r>
        <w:rPr>
          <w:b w:val="0"/>
          <w:sz w:val="20"/>
        </w:rPr>
        <w:t>Name: _______________________________________________________________________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CARDHOLDER SIGNATURE</w:t>
            </w:r>
          </w:p>
        </w:tc>
        <w:tc>
          <w:tcPr>
            <w:tcW w:type="dxa" w:w="4986"/>
            <w:tcBorders>
              <w:top w:val="nil"/>
              <w:left w:val="nil"/>
              <w:bottom w:val="nil"/>
              <w:right w:val="nil"/>
              <w:insideH w:val="nil"/>
              <w:insideV w:val="nil"/>
            </w:tcBorders>
          </w:tcPr>
          <w:p>
            <w:pPr>
              <w:jc w:val="center"/>
            </w:pPr>
            <w:r>
              <w:t>MERCHANT REPRESENTATIVE SIGNATURE</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https://legaltemplates-au.com/credit-card-authorisation-form/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credit-card-authorisation-form/"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