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CLIENT CONSENT FORM</w:t>
      </w:r>
    </w:p>
    <w:p/>
    <w:p/>
    <w:p>
      <w:r>
        <w:rPr>
          <w:b w:val="0"/>
          <w:sz w:val="20"/>
        </w:rPr>
        <w:t>This Client Consent Form ('Consent') is entered into by and between the Client and the Service Provider as defined below. The purpose of this Consent is to document the Client’s informed agreement to the terms and conditions set forth herein.</w:t>
      </w:r>
    </w:p>
    <w:p/>
    <w:p/>
    <w:p>
      <w:r>
        <w:rPr>
          <w:b/>
          <w:sz w:val="20"/>
        </w:rPr>
        <w:t>Client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Service Provider Information:</w:t>
      </w:r>
    </w:p>
    <w:p>
      <w:r>
        <w:rPr>
          <w:b w:val="0"/>
          <w:sz w:val="20"/>
        </w:rPr>
        <w:t>Company/Provider Name: _________________________________________________</w:t>
      </w:r>
    </w:p>
    <w:p>
      <w:r>
        <w:rPr>
          <w:b w:val="0"/>
          <w:sz w:val="20"/>
        </w:rPr>
        <w:t>Representative Name: 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sz w:val="20"/>
        </w:rPr>
        <w:t>1. Consent to Services</w:t>
      </w:r>
    </w:p>
    <w:p>
      <w:r>
        <w:rPr>
          <w:b w:val="0"/>
          <w:sz w:val="20"/>
        </w:rPr>
        <w:t>By signing this Consent, the Client expressly authorizes the Service Provider to perform the services as described below and any related activities reasonably necessary for the provision of those services.</w:t>
      </w:r>
    </w:p>
    <w:p/>
    <w:p>
      <w:r>
        <w:rPr>
          <w:b/>
          <w:sz w:val="20"/>
        </w:rPr>
        <w:t>Description of Services:</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_________________________________________________________________________</w:t>
      </w:r>
    </w:p>
    <w:p/>
    <w:p>
      <w:r>
        <w:rPr>
          <w:b/>
          <w:sz w:val="20"/>
        </w:rPr>
        <w:t>2. Collection and Use of Personal Information</w:t>
      </w:r>
    </w:p>
    <w:p>
      <w:r>
        <w:rPr>
          <w:b w:val="0"/>
          <w:sz w:val="20"/>
        </w:rPr>
        <w:t>The Client acknowledges and agrees that the Service Provider may collect, use, store, and disclose personal information necessary to provide the agreed services in accordance with the Privacy Act 1988 (Cth) and any applicable Australian privacy laws.</w:t>
      </w:r>
    </w:p>
    <w:p/>
    <w:p>
      <w:r>
        <w:rPr>
          <w:b/>
          <w:sz w:val="20"/>
        </w:rPr>
        <w:t>3. Confidentiality</w:t>
      </w:r>
    </w:p>
    <w:p>
      <w:r>
        <w:rPr>
          <w:b w:val="0"/>
          <w:sz w:val="20"/>
        </w:rPr>
        <w:t>The Service Provider commits to maintaining the confidentiality of all Client information and personal data obtained during the course of providing services, except where disclosure is required by law or with the Client's prior written consent.</w:t>
      </w:r>
    </w:p>
    <w:p/>
    <w:p>
      <w:r>
        <w:rPr>
          <w:b/>
          <w:sz w:val="20"/>
        </w:rPr>
        <w:t>4. Risks and Acknowledgements</w:t>
      </w:r>
    </w:p>
    <w:p>
      <w:r>
        <w:rPr>
          <w:b w:val="0"/>
          <w:sz w:val="20"/>
        </w:rPr>
        <w:t>The Client acknowledges that they have been informed of any material risks associated with the services provided. The Client agrees to follow any instructions or recommendations provided by the Service Provider and understands that failure to do so may affect the outcome or effectiveness of the services.</w:t>
      </w:r>
    </w:p>
    <w:p/>
    <w:p>
      <w:r>
        <w:rPr>
          <w:b/>
          <w:sz w:val="20"/>
        </w:rPr>
        <w:t>5. Fees and Payment</w:t>
      </w:r>
    </w:p>
    <w:p>
      <w:r>
        <w:rPr>
          <w:b w:val="0"/>
          <w:sz w:val="20"/>
        </w:rPr>
        <w:t>The Client agrees to pay the fees for the services as outlined below, in accordance with the agreed payment schedule.</w:t>
      </w:r>
    </w:p>
    <w:p/>
    <w:p>
      <w:r>
        <w:rPr>
          <w:b/>
          <w:sz w:val="20"/>
        </w:rPr>
        <w:t>Fee Description:</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_________________________________________________________________________</w:t>
      </w:r>
    </w:p>
    <w:p/>
    <w:p>
      <w:r>
        <w:rPr>
          <w:b/>
          <w:sz w:val="20"/>
        </w:rPr>
        <w:t>Payment Terms:</w:t>
      </w:r>
    </w:p>
    <w:p>
      <w:r>
        <w:rPr>
          <w:b w:val="0"/>
          <w:sz w:val="20"/>
        </w:rPr>
        <w:t>_________________________________________________________________________</w:t>
      </w:r>
    </w:p>
    <w:p>
      <w:r>
        <w:rPr>
          <w:b w:val="0"/>
          <w:sz w:val="20"/>
        </w:rPr>
        <w:t>_________________________________________________________________________</w:t>
      </w:r>
    </w:p>
    <w:p/>
    <w:p>
      <w:r>
        <w:rPr>
          <w:b/>
          <w:sz w:val="20"/>
        </w:rPr>
        <w:t>6. Termination</w:t>
      </w:r>
    </w:p>
    <w:p>
      <w:r>
        <w:rPr>
          <w:b w:val="0"/>
          <w:sz w:val="20"/>
        </w:rPr>
        <w:t>Either party may terminate this Consent at any time by providing written notice to the other party. Termination shall not affect any rights or obligations accrued prior to termination.</w:t>
      </w:r>
    </w:p>
    <w:p/>
    <w:p>
      <w:r>
        <w:rPr>
          <w:b/>
          <w:sz w:val="20"/>
        </w:rPr>
        <w:t>7. Governing Law and Jurisdiction</w:t>
      </w:r>
    </w:p>
    <w:p>
      <w:r>
        <w:rPr>
          <w:b w:val="0"/>
          <w:sz w:val="20"/>
        </w:rPr>
        <w:t>This Consent shall be governed by and construed in accordance with the laws of the Commonwealth of Australia and the applicable state or territory laws. The parties submit to the exclusive jurisdiction of the courts of Australia for any disputes arising out of or in connection with this Consent.</w:t>
      </w:r>
    </w:p>
    <w:p/>
    <w:p>
      <w:r>
        <w:rPr>
          <w:b/>
          <w:sz w:val="20"/>
        </w:rPr>
        <w:t>8. Entire Agreement</w:t>
      </w:r>
    </w:p>
    <w:p>
      <w:r>
        <w:rPr>
          <w:b w:val="0"/>
          <w:sz w:val="20"/>
        </w:rPr>
        <w:t>This Consent constitutes the entire agreement between the Client and the Service Provider concerning the subject matter herein and supersedes all prior agreements, understandings, or representations, whether oral or written.</w:t>
      </w:r>
    </w:p>
    <w:p/>
    <w:p>
      <w:r>
        <w:rPr>
          <w:b/>
          <w:sz w:val="20"/>
        </w:rPr>
        <w:t>9. Amendments</w:t>
      </w:r>
    </w:p>
    <w:p>
      <w:r>
        <w:rPr>
          <w:b w:val="0"/>
          <w:sz w:val="20"/>
        </w:rPr>
        <w:t>Any amendments or modifications to this Consent must be made in writing and signed by both parties to be valid and enforceable.</w:t>
      </w:r>
    </w:p>
    <w:p/>
    <w:p/>
    <w:p>
      <w:r>
        <w:rPr>
          <w:b/>
          <w:sz w:val="20"/>
        </w:rPr>
        <w:t>10. Severability</w:t>
      </w:r>
    </w:p>
    <w:p>
      <w:r>
        <w:rPr>
          <w:b w:val="0"/>
          <w:sz w:val="20"/>
        </w:rPr>
        <w:t>If any provision of this Consent is held to be invalid, illegal, or unenforceable, the remaining provisions shall remain in full force and effect.</w:t>
      </w:r>
    </w:p>
    <w:p/>
    <w:p>
      <w:r>
        <w:rPr>
          <w:b/>
          <w:sz w:val="20"/>
        </w:rPr>
        <w:t>11. Waiver</w:t>
      </w:r>
    </w:p>
    <w:p>
      <w:r>
        <w:rPr>
          <w:b w:val="0"/>
          <w:sz w:val="20"/>
        </w:rPr>
        <w:t>No waiver of any term or condition of this Consent shall be deemed a waiver of any subsequent breach of the same or any other term or condition.</w:t>
      </w:r>
    </w:p>
    <w:p/>
    <w:p>
      <w:r>
        <w:rPr>
          <w:b/>
          <w:sz w:val="20"/>
        </w:rPr>
        <w:t>12. Client Representations</w:t>
      </w:r>
    </w:p>
    <w:p>
      <w:r>
        <w:rPr>
          <w:b w:val="0"/>
          <w:sz w:val="20"/>
        </w:rPr>
        <w:t>The Client represents and warrants that they have the full legal capacity and authority to enter into this Consent and that they have read, understood, and voluntarily accept the terms and conditions herein.</w:t>
      </w:r>
    </w:p>
    <w:p/>
    <w:p/>
    <w:p>
      <w:pPr>
        <w:jc w:val="center"/>
      </w:pPr>
      <w:r>
        <w:rPr>
          <w:b/>
          <w:sz w:val="20"/>
        </w:rPr>
        <w:t>Client and Service Provider Agreement</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SERVICE PROVIDER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Witness (if required):</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Signature: _____________________________________________________________</w:t>
      </w:r>
    </w:p>
    <w:p>
      <w:r>
        <w:rPr>
          <w:b w:val="0"/>
          <w:sz w:val="20"/>
        </w:rPr>
        <w:t>Date: _________________________________________________________________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https://legaltemplates-au.com/client-consent-form/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client-consent-form/"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