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BASIC CONTRACT AGREEMENT</w:t>
      </w:r>
    </w:p>
    <w:p/>
    <w:p>
      <w:r>
        <w:rPr>
          <w:b/>
          <w:sz w:val="20"/>
        </w:rPr>
        <w:t>This Contract Agreement ("Agreement") is made between the following parties:</w:t>
      </w:r>
    </w:p>
    <w:p/>
    <w:p>
      <w:r>
        <w:rPr>
          <w:b/>
          <w:sz w:val="20"/>
        </w:rPr>
        <w:t>Party A:</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r>
        <w:rPr>
          <w:b w:val="0"/>
          <w:sz w:val="20"/>
        </w:rPr>
        <w:t>Email Address: _________________________________________________________</w:t>
      </w:r>
    </w:p>
    <w:p/>
    <w:p>
      <w:r>
        <w:rPr>
          <w:b/>
          <w:sz w:val="20"/>
        </w:rPr>
        <w:t>Party B:</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r>
        <w:rPr>
          <w:b w:val="0"/>
          <w:sz w:val="20"/>
        </w:rPr>
        <w:t>Email Address: _________________________________________________________</w:t>
      </w:r>
    </w:p>
    <w:p/>
    <w:p/>
    <w:p>
      <w:r>
        <w:rPr>
          <w:b/>
          <w:sz w:val="20"/>
        </w:rPr>
        <w:t>RECITALS</w:t>
      </w:r>
    </w:p>
    <w:p>
      <w:r>
        <w:rPr>
          <w:b w:val="0"/>
          <w:sz w:val="20"/>
        </w:rPr>
        <w:t>WHEREAS, Party A and Party B desire to enter into this Agreement to set forth the terms and conditions under which they will cooperate;</w:t>
      </w:r>
    </w:p>
    <w:p>
      <w:r>
        <w:rPr>
          <w:b w:val="0"/>
          <w:sz w:val="20"/>
        </w:rPr>
        <w:t>NOW, THEREFORE, in consideration of the mutual covenants and promises contained herein, the parties agree as follows:</w:t>
      </w:r>
    </w:p>
    <w:p/>
    <w:p/>
    <w:p>
      <w:r>
        <w:rPr>
          <w:b/>
          <w:sz w:val="20"/>
        </w:rPr>
        <w:t>Clause 1 – Purpose</w:t>
      </w:r>
    </w:p>
    <w:p>
      <w:r>
        <w:rPr>
          <w:b w:val="0"/>
          <w:sz w:val="20"/>
        </w:rPr>
        <w:t>The purpose of this Agreement is to outline the terms and conditions under which the parties will carry out their obligations and exercise their rights as described herein.</w:t>
      </w:r>
    </w:p>
    <w:p/>
    <w:p>
      <w:r>
        <w:rPr>
          <w:b/>
          <w:sz w:val="20"/>
        </w:rPr>
        <w:t>Clause 2 – Term</w:t>
      </w:r>
    </w:p>
    <w:p>
      <w:r>
        <w:rPr>
          <w:b w:val="0"/>
          <w:sz w:val="20"/>
        </w:rPr>
        <w:t>This Agreement shall commence upon execution by both parties and shall continue in full force and effect until terminated pursuant to Clause 8 herein or as otherwise agreed in writing by the parties.</w:t>
      </w:r>
    </w:p>
    <w:p/>
    <w:p>
      <w:r>
        <w:rPr>
          <w:b/>
          <w:sz w:val="20"/>
        </w:rPr>
        <w:t>Clause 3 – Obligations of the Parties</w:t>
      </w:r>
    </w:p>
    <w:p>
      <w:r>
        <w:rPr>
          <w:b w:val="0"/>
          <w:sz w:val="20"/>
        </w:rPr>
        <w:t>3.1 Party A agrees to perform the following duties: _______________________________________________</w:t>
      </w:r>
    </w:p>
    <w:p>
      <w:r>
        <w:rPr>
          <w:b w:val="0"/>
          <w:sz w:val="20"/>
        </w:rPr>
        <w:t>3.2 Party B agrees to perform the following duties: _______________________________________________</w:t>
      </w:r>
    </w:p>
    <w:p/>
    <w:p>
      <w:r>
        <w:rPr>
          <w:b/>
          <w:sz w:val="20"/>
        </w:rPr>
        <w:t>Clause 4 – Payment Terms</w:t>
      </w:r>
    </w:p>
    <w:p>
      <w:r>
        <w:rPr>
          <w:b w:val="0"/>
          <w:sz w:val="20"/>
        </w:rPr>
        <w:t>4.1 Consideration payable by Party B to Party A under this Agreement shall be: __________________________</w:t>
      </w:r>
    </w:p>
    <w:p>
      <w:r>
        <w:rPr>
          <w:b w:val="0"/>
          <w:sz w:val="20"/>
        </w:rPr>
        <w:t>4.2 Payment shall be made within ______________ days of receipt of invoice unless otherwise agreed in writing.</w:t>
      </w:r>
    </w:p>
    <w:p/>
    <w:p>
      <w:r>
        <w:rPr>
          <w:b/>
          <w:sz w:val="20"/>
        </w:rPr>
        <w:t>Clause 5 – Confidentiality</w:t>
      </w:r>
    </w:p>
    <w:p>
      <w:r>
        <w:rPr>
          <w:b w:val="0"/>
          <w:sz w:val="20"/>
        </w:rPr>
        <w:t>Each party agrees to keep confidential and not disclose to any third party any Confidential Information received from the other party, except as required by law or with prior written consent of the disclosing party.</w:t>
      </w:r>
    </w:p>
    <w:p/>
    <w:p>
      <w:r>
        <w:rPr>
          <w:b/>
          <w:sz w:val="20"/>
        </w:rPr>
        <w:t>Clause 6 – Intellectual Property</w:t>
      </w:r>
    </w:p>
    <w:p>
      <w:r>
        <w:rPr>
          <w:b w:val="0"/>
          <w:sz w:val="20"/>
        </w:rPr>
        <w:t>All intellectual property rights created or developed under this Agreement shall be owned as follows:</w:t>
      </w:r>
    </w:p>
    <w:p>
      <w:r>
        <w:rPr>
          <w:b w:val="0"/>
          <w:sz w:val="20"/>
        </w:rPr>
        <w:t>_____________________________________________________________________________________________</w:t>
      </w:r>
    </w:p>
    <w:p/>
    <w:p>
      <w:r>
        <w:rPr>
          <w:b/>
          <w:sz w:val="20"/>
        </w:rPr>
        <w:t>Clause 7 – Liability and Indemnity</w:t>
      </w:r>
    </w:p>
    <w:p>
      <w:r>
        <w:rPr>
          <w:b w:val="0"/>
          <w:sz w:val="20"/>
        </w:rPr>
        <w:t>7.1 Neither party shall be liable for any indirect, incidental, special, or consequential damages arising out of or in connection with this Agreement.</w:t>
      </w:r>
    </w:p>
    <w:p>
      <w:r>
        <w:rPr>
          <w:b w:val="0"/>
          <w:sz w:val="20"/>
        </w:rPr>
        <w:t>7.2 Each party indemnifies and holds harmless the other party from any claims, damages, losses, or expenses arising from any breach of this Agreement or negligence.</w:t>
      </w:r>
    </w:p>
    <w:p/>
    <w:p>
      <w:r>
        <w:rPr>
          <w:b/>
          <w:sz w:val="20"/>
        </w:rPr>
        <w:t>Clause 8 – Termination</w:t>
      </w:r>
    </w:p>
    <w:p>
      <w:r>
        <w:rPr>
          <w:b w:val="0"/>
          <w:sz w:val="20"/>
        </w:rPr>
        <w:t>Either party may terminate this Agreement by giving _______________ days written notice to the other party.</w:t>
      </w:r>
    </w:p>
    <w:p>
      <w:r>
        <w:rPr>
          <w:b w:val="0"/>
          <w:sz w:val="20"/>
        </w:rPr>
        <w:t>Termination shall not affect the rights and obligations accrued prior to termination.</w:t>
      </w:r>
    </w:p>
    <w:p/>
    <w:p>
      <w:r>
        <w:rPr>
          <w:b/>
          <w:sz w:val="20"/>
        </w:rPr>
        <w:t>Clause 9 – Dispute Resolution</w:t>
      </w:r>
    </w:p>
    <w:p>
      <w:r>
        <w:rPr>
          <w:b w:val="0"/>
          <w:sz w:val="20"/>
        </w:rPr>
        <w:t>In the event of any dispute arising out of or relating to this Agreement, the parties agree to first attempt to resolve the dispute through good faith negotiations.</w:t>
      </w:r>
    </w:p>
    <w:p>
      <w:r>
        <w:rPr>
          <w:b w:val="0"/>
          <w:sz w:val="20"/>
        </w:rPr>
        <w:t>If unresolved, disputes will be submitted to mediation before resorting to litigation.</w:t>
      </w:r>
    </w:p>
    <w:p/>
    <w:p>
      <w:r>
        <w:rPr>
          <w:b/>
          <w:sz w:val="20"/>
        </w:rPr>
        <w:t>Clause 10 – Governing Law</w:t>
      </w:r>
    </w:p>
    <w:p>
      <w:r>
        <w:rPr>
          <w:b w:val="0"/>
          <w:sz w:val="20"/>
        </w:rPr>
        <w:t>This Agreement shall be governed by and construed in accordance with the laws of the Commonwealth of Australia.</w:t>
      </w:r>
    </w:p>
    <w:p/>
    <w:p>
      <w:r>
        <w:rPr>
          <w:b/>
          <w:sz w:val="20"/>
        </w:rPr>
        <w:t>Clause 11 – Entire Agreement</w:t>
      </w:r>
    </w:p>
    <w:p>
      <w:r>
        <w:rPr>
          <w:b w:val="0"/>
          <w:sz w:val="20"/>
        </w:rPr>
        <w:t>This Agreement constitutes the entire understanding between the parties and supersedes all prior negotiations, representations, or agreements, whether written or oral.</w:t>
      </w:r>
    </w:p>
    <w:p/>
    <w:p>
      <w:r>
        <w:rPr>
          <w:b/>
          <w:sz w:val="20"/>
        </w:rPr>
        <w:t>Clause 12 – Amendments</w:t>
      </w:r>
    </w:p>
    <w:p>
      <w:r>
        <w:rPr>
          <w:b w:val="0"/>
          <w:sz w:val="20"/>
        </w:rPr>
        <w:t>Any amendments or modifications to this Agreement must be made in writing and signed by both parties.</w:t>
      </w:r>
    </w:p>
    <w:p/>
    <w:p>
      <w:r>
        <w:rPr>
          <w:b/>
          <w:sz w:val="20"/>
        </w:rPr>
        <w:t>Clause 13 – Severability</w:t>
      </w:r>
    </w:p>
    <w:p>
      <w:r>
        <w:rPr>
          <w:b w:val="0"/>
          <w:sz w:val="20"/>
        </w:rPr>
        <w:t>If any provision of this Agreement is found to be invalid or unenforceable, the remainder of the Agreement shall remain in full force and effect.</w:t>
      </w:r>
    </w:p>
    <w:p/>
    <w:p>
      <w:r>
        <w:rPr>
          <w:b/>
          <w:sz w:val="20"/>
        </w:rPr>
        <w:t>Clause 14 – Notices</w:t>
      </w:r>
    </w:p>
    <w:p>
      <w:r>
        <w:rPr>
          <w:b w:val="0"/>
          <w:sz w:val="20"/>
        </w:rPr>
        <w:t>All notices under this Agreement shall be in writing and delivered to the addresses specified above or such other address as either party may designate by written notice.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https://legaltemplates-au.com/basic-contract/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basic-contract/"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