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Full Name: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/>
          <w:sz w:val="20"/>
        </w:rPr>
        <w:t>Address: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/>
          <w:sz w:val="20"/>
        </w:rPr>
        <w:t>Phone: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/>
          <w:sz w:val="20"/>
        </w:rPr>
        <w:t>Email: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Hiring Manager / Human Resources Department</w:t>
      </w:r>
    </w:p>
    <w:p>
      <w:r>
        <w:rPr>
          <w:b w:val="0"/>
          <w:sz w:val="20"/>
        </w:rPr>
        <w:t>Company Name: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Company Address: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p>
      <w:r>
        <w:rPr>
          <w:b/>
          <w:sz w:val="20"/>
        </w:rPr>
        <w:t>Subject: Application for [Position Title]</w:t>
      </w:r>
    </w:p>
    <w:p/>
    <w:p/>
    <w:p>
      <w:r>
        <w:rPr>
          <w:b w:val="0"/>
          <w:sz w:val="20"/>
        </w:rPr>
        <w:t>Dear Hiring Manager,</w:t>
      </w:r>
    </w:p>
    <w:p/>
    <w:p>
      <w:r>
        <w:rPr>
          <w:b w:val="0"/>
          <w:sz w:val="20"/>
        </w:rPr>
        <w:t>I am writing to express my interest in the [Position Title] position at [Company Name], as advertised. With my comprehensive background, skills, and dedication, I am confident in my ability to contribute effectively to your team and the success of your organisation.</w:t>
      </w:r>
    </w:p>
    <w:p/>
    <w:p>
      <w:r>
        <w:rPr>
          <w:b w:val="0"/>
          <w:sz w:val="20"/>
        </w:rPr>
        <w:t>I hold [relevant qualification(s)] and possess [number] years of experience in [relevant field or industry]. My background includes demonstrable expertise in [key skills or competencies relevant to the role], which align closely with the requirements outlined in the job description.</w:t>
      </w:r>
    </w:p>
    <w:p/>
    <w:p>
      <w:r>
        <w:rPr>
          <w:b w:val="0"/>
          <w:sz w:val="20"/>
        </w:rPr>
        <w:t>Throughout my career, I have successfully [describe key achievements or responsibilities]. For example, I [specific achievement], which resulted in [positive outcome]. I am proficient in [software/tools/languages] and have a strong commitment to continuous professional development.</w:t>
      </w:r>
    </w:p>
    <w:p/>
    <w:p>
      <w:r>
        <w:rPr>
          <w:b w:val="0"/>
          <w:sz w:val="20"/>
        </w:rPr>
        <w:t>I am particularly drawn to [Company Name] because of its commitment to [mention company values, mission, or culture]. I believe my proactive mindset, strong communication skills, and ability to work collaboratively would make me a valuable asset to your organisation.</w:t>
      </w:r>
    </w:p>
    <w:p/>
    <w:p>
      <w:r>
        <w:rPr>
          <w:b w:val="0"/>
          <w:sz w:val="20"/>
        </w:rPr>
        <w:t>I would welcome the opportunity to further discuss how my skills and experiences align with your needs. Please find my attached resume for your consideration. I am available for an interview at your convenience and can be reached via phone or email as listed above.</w:t>
      </w:r>
    </w:p>
    <w:p/>
    <w:p>
      <w:r>
        <w:rPr>
          <w:b w:val="0"/>
          <w:sz w:val="20"/>
        </w:rPr>
        <w:t>Thank you for considering my application. I look forward to the possibility of contributing to [Company Name] and am eager to discuss my suitability for the role in more detail.</w:t>
      </w:r>
    </w:p>
    <w:p/>
    <w:p/>
    <w:p>
      <w:r>
        <w:rPr>
          <w:b w:val="0"/>
          <w:sz w:val="20"/>
        </w:rPr>
        <w:t>Yours faithfully,</w:t>
      </w:r>
    </w:p>
    <w:p/>
    <w:p/>
    <w:p/>
    <w:p/>
    <w:p>
      <w:r>
        <w:rPr>
          <w:b/>
          <w:sz w:val="20"/>
        </w:rPr>
        <w:t>[Full Name]</w:t>
      </w:r>
    </w:p>
    <w:p/>
    <w:p>
      <w:r>
        <w:rPr>
          <w:b w:val="0"/>
          <w:sz w:val="20"/>
        </w:rPr>
        <w:t>Date: ____________________________</w:t>
      </w:r>
    </w:p>
    <w:p/>
    <w:p/>
    <w:p>
      <w:r>
        <w:rPr>
          <w:b w:val="0"/>
          <w:sz w:val="20"/>
        </w:rPr>
        <w:t>Enclosure: Resume/CV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https://legaltemplates-au.com/application-letter/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au.com/application-letter/" TargetMode="External"/><Relationship Id="rId10" Type="http://schemas.openxmlformats.org/officeDocument/2006/relationships/hyperlink" Target="https://legaltemplate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